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524AA" w14:textId="77777777" w:rsidR="009F22A0" w:rsidRPr="009F7577" w:rsidRDefault="00991850">
      <w:pPr>
        <w:spacing w:after="360"/>
        <w:jc w:val="center"/>
        <w:rPr>
          <w:sz w:val="28"/>
          <w:szCs w:val="28"/>
          <w:lang w:val="ru-RU"/>
        </w:rPr>
      </w:pPr>
      <w:r w:rsidRPr="009F7577">
        <w:rPr>
          <w:sz w:val="28"/>
          <w:szCs w:val="28"/>
          <w:lang w:val="ru-RU"/>
        </w:rPr>
        <w:t>федеральное казенное профессиональное образовательное учреждение</w:t>
      </w:r>
      <w:r w:rsidRPr="009F7577">
        <w:rPr>
          <w:sz w:val="28"/>
          <w:szCs w:val="28"/>
          <w:lang w:val="ru-RU"/>
        </w:rPr>
        <w:br/>
        <w:t>«Кунгурский техникум-интернат»</w:t>
      </w:r>
      <w:r w:rsidRPr="009F7577">
        <w:rPr>
          <w:sz w:val="28"/>
          <w:szCs w:val="28"/>
          <w:lang w:val="ru-RU"/>
        </w:rPr>
        <w:br/>
        <w:t>Министерства труда и социальной защиты Российской Федерации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4320"/>
      </w:tblGrid>
      <w:tr w:rsidR="009F22A0" w:rsidRPr="00F910E5" w14:paraId="5F427623" w14:textId="77777777">
        <w:trPr>
          <w:jc w:val="center"/>
        </w:trPr>
        <w:tc>
          <w:tcPr>
            <w:tcW w:w="5040" w:type="dxa"/>
          </w:tcPr>
          <w:p w14:paraId="3FBC5A7C" w14:textId="77777777" w:rsidR="009F22A0" w:rsidRPr="009F7577" w:rsidRDefault="009F22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0" w:type="dxa"/>
          </w:tcPr>
          <w:p w14:paraId="37E820E3" w14:textId="300EC0D6" w:rsidR="009F22A0" w:rsidRPr="009F7577" w:rsidRDefault="00991850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F7577">
              <w:rPr>
                <w:sz w:val="28"/>
                <w:szCs w:val="28"/>
                <w:lang w:val="ru-RU"/>
              </w:rPr>
              <w:t>УТВЕРЖДАЮ</w:t>
            </w:r>
            <w:r w:rsidRPr="009F7577">
              <w:rPr>
                <w:sz w:val="28"/>
                <w:szCs w:val="28"/>
                <w:lang w:val="ru-RU"/>
              </w:rPr>
              <w:br/>
              <w:t>заместитель директора</w:t>
            </w:r>
            <w:r w:rsidRPr="009F7577">
              <w:rPr>
                <w:sz w:val="28"/>
                <w:szCs w:val="28"/>
                <w:lang w:val="ru-RU"/>
              </w:rPr>
              <w:br/>
              <w:t>по учебной работе</w:t>
            </w:r>
            <w:r w:rsidRPr="009F7577">
              <w:rPr>
                <w:sz w:val="28"/>
                <w:szCs w:val="28"/>
                <w:lang w:val="ru-RU"/>
              </w:rPr>
              <w:br/>
              <w:t>_________________Н.Л. Мелкова</w:t>
            </w:r>
            <w:r w:rsidRPr="009F7577">
              <w:rPr>
                <w:sz w:val="28"/>
                <w:szCs w:val="28"/>
                <w:lang w:val="ru-RU"/>
              </w:rPr>
              <w:br/>
              <w:t>«___» ___________________2025г.</w:t>
            </w:r>
          </w:p>
        </w:tc>
      </w:tr>
    </w:tbl>
    <w:p w14:paraId="13BAF61B" w14:textId="77777777" w:rsidR="009F22A0" w:rsidRPr="00991850" w:rsidRDefault="00991850">
      <w:pPr>
        <w:spacing w:after="480"/>
        <w:rPr>
          <w:lang w:val="ru-RU"/>
        </w:rPr>
      </w:pPr>
      <w:r w:rsidRPr="00991850">
        <w:rPr>
          <w:lang w:val="ru-RU"/>
        </w:rPr>
        <w:br/>
      </w:r>
      <w:r w:rsidRPr="00991850">
        <w:rPr>
          <w:lang w:val="ru-RU"/>
        </w:rPr>
        <w:br/>
      </w:r>
      <w:r w:rsidRPr="00991850">
        <w:rPr>
          <w:lang w:val="ru-RU"/>
        </w:rPr>
        <w:br/>
      </w:r>
    </w:p>
    <w:p w14:paraId="0680380A" w14:textId="77777777" w:rsidR="009F22A0" w:rsidRPr="00991850" w:rsidRDefault="00991850">
      <w:pPr>
        <w:spacing w:after="240"/>
        <w:jc w:val="center"/>
        <w:rPr>
          <w:lang w:val="ru-RU"/>
        </w:rPr>
      </w:pPr>
      <w:r w:rsidRPr="00991850">
        <w:rPr>
          <w:b/>
          <w:sz w:val="32"/>
          <w:lang w:val="ru-RU"/>
        </w:rPr>
        <w:t>ОЦЕНОЧНЫЕ МАТЕРИАЛЫ</w:t>
      </w:r>
      <w:r w:rsidRPr="00991850">
        <w:rPr>
          <w:b/>
          <w:sz w:val="32"/>
          <w:lang w:val="ru-RU"/>
        </w:rPr>
        <w:br/>
        <w:t>В ФОРМЕ</w:t>
      </w:r>
      <w:r w:rsidRPr="00991850">
        <w:rPr>
          <w:b/>
          <w:sz w:val="32"/>
          <w:lang w:val="ru-RU"/>
        </w:rPr>
        <w:br/>
        <w:t>ФОНДА ОЦЕНОЧНЫХ СРЕДСТВ</w:t>
      </w:r>
    </w:p>
    <w:p w14:paraId="7FF27D05" w14:textId="77777777" w:rsidR="009F22A0" w:rsidRPr="00991850" w:rsidRDefault="00991850">
      <w:pPr>
        <w:spacing w:after="360"/>
        <w:jc w:val="center"/>
        <w:rPr>
          <w:lang w:val="ru-RU"/>
        </w:rPr>
      </w:pPr>
      <w:r w:rsidRPr="00991850">
        <w:rPr>
          <w:b/>
          <w:sz w:val="28"/>
          <w:lang w:val="ru-RU"/>
        </w:rPr>
        <w:t>для промежуточной аттестации</w:t>
      </w:r>
      <w:r w:rsidRPr="00991850">
        <w:rPr>
          <w:b/>
          <w:sz w:val="28"/>
          <w:lang w:val="ru-RU"/>
        </w:rPr>
        <w:br/>
        <w:t>ОП.01 Основы информационных технологий</w:t>
      </w:r>
    </w:p>
    <w:p w14:paraId="14B31B29" w14:textId="77777777" w:rsidR="009F22A0" w:rsidRPr="00991850" w:rsidRDefault="00991850">
      <w:pPr>
        <w:spacing w:after="720"/>
        <w:jc w:val="center"/>
        <w:rPr>
          <w:lang w:val="ru-RU"/>
        </w:rPr>
      </w:pPr>
      <w:r w:rsidRPr="00991850">
        <w:rPr>
          <w:b/>
          <w:sz w:val="26"/>
          <w:lang w:val="ru-RU"/>
        </w:rPr>
        <w:t>09.01.03 Оператор информационных систем и ресурсов</w:t>
      </w:r>
    </w:p>
    <w:p w14:paraId="5EA6ACC4" w14:textId="2E728EBA" w:rsidR="00991850" w:rsidRDefault="00991850" w:rsidP="00991850">
      <w:pPr>
        <w:spacing w:after="480"/>
        <w:rPr>
          <w:lang w:val="ru-RU"/>
        </w:rPr>
      </w:pPr>
      <w:r w:rsidRPr="00991850">
        <w:rPr>
          <w:lang w:val="ru-RU"/>
        </w:rPr>
        <w:br/>
      </w:r>
      <w:r w:rsidRPr="00991850">
        <w:rPr>
          <w:lang w:val="ru-RU"/>
        </w:rPr>
        <w:br/>
      </w:r>
      <w:r w:rsidRPr="00991850">
        <w:rPr>
          <w:lang w:val="ru-RU"/>
        </w:rPr>
        <w:br/>
      </w:r>
      <w:r w:rsidRPr="00991850">
        <w:rPr>
          <w:lang w:val="ru-RU"/>
        </w:rPr>
        <w:br/>
      </w:r>
      <w:r w:rsidRPr="00991850">
        <w:rPr>
          <w:lang w:val="ru-RU"/>
        </w:rPr>
        <w:br/>
      </w:r>
      <w:r w:rsidRPr="00991850">
        <w:rPr>
          <w:lang w:val="ru-RU"/>
        </w:rPr>
        <w:br/>
      </w:r>
    </w:p>
    <w:p w14:paraId="3B3ECEF8" w14:textId="77777777" w:rsidR="00991850" w:rsidRDefault="00991850" w:rsidP="00991850">
      <w:pPr>
        <w:spacing w:after="480"/>
        <w:rPr>
          <w:lang w:val="ru-RU"/>
        </w:rPr>
      </w:pPr>
    </w:p>
    <w:p w14:paraId="7396CBEB" w14:textId="77777777" w:rsidR="00991850" w:rsidRPr="00991850" w:rsidRDefault="00991850" w:rsidP="00991850">
      <w:pPr>
        <w:spacing w:after="480"/>
        <w:rPr>
          <w:lang w:val="ru-RU"/>
        </w:rPr>
      </w:pPr>
    </w:p>
    <w:p w14:paraId="7B19EFAD" w14:textId="77777777" w:rsidR="009F22A0" w:rsidRPr="00991850" w:rsidRDefault="00991850">
      <w:pPr>
        <w:spacing w:before="360" w:after="0"/>
        <w:jc w:val="center"/>
        <w:rPr>
          <w:lang w:val="ru-RU"/>
        </w:rPr>
      </w:pPr>
      <w:r w:rsidRPr="00991850">
        <w:rPr>
          <w:b/>
          <w:lang w:val="ru-RU"/>
        </w:rPr>
        <w:t>202</w:t>
      </w:r>
      <w:r>
        <w:rPr>
          <w:b/>
          <w:lang w:val="ru-RU"/>
        </w:rPr>
        <w:t>5</w:t>
      </w:r>
    </w:p>
    <w:p w14:paraId="5DA37F4B" w14:textId="7BDA36FB" w:rsidR="00991850" w:rsidRPr="009F7577" w:rsidRDefault="00991850" w:rsidP="00991850">
      <w:pPr>
        <w:rPr>
          <w:lang w:val="ru-RU"/>
        </w:rPr>
      </w:pPr>
      <w:r w:rsidRPr="00991850">
        <w:rPr>
          <w:lang w:val="ru-RU"/>
        </w:rPr>
        <w:br w:type="page"/>
      </w:r>
      <w:r w:rsidRPr="00991850">
        <w:rPr>
          <w:b/>
          <w:sz w:val="22"/>
          <w:lang w:val="ru-RU"/>
        </w:rPr>
        <w:lastRenderedPageBreak/>
        <w:t xml:space="preserve">Организация-разработчик: </w:t>
      </w:r>
      <w:r w:rsidRPr="00991850">
        <w:rPr>
          <w:sz w:val="22"/>
          <w:lang w:val="ru-RU"/>
        </w:rPr>
        <w:t>ФКПОУ «Кунгурский техникум-интернат» Минтруда России.</w:t>
      </w:r>
    </w:p>
    <w:p w14:paraId="64575B93" w14:textId="77777777" w:rsidR="009F22A0" w:rsidRPr="00991850" w:rsidRDefault="00991850" w:rsidP="00991850">
      <w:pPr>
        <w:rPr>
          <w:lang w:val="ru-RU"/>
        </w:rPr>
      </w:pPr>
      <w:r w:rsidRPr="00991850">
        <w:rPr>
          <w:b/>
          <w:lang w:val="ru-RU"/>
        </w:rPr>
        <w:t xml:space="preserve">Разработчик: </w:t>
      </w:r>
      <w:r w:rsidRPr="00991850">
        <w:rPr>
          <w:lang w:val="ru-RU"/>
        </w:rPr>
        <w:t>Алексеев Евгений Анатольевич, преподаватель.</w:t>
      </w:r>
    </w:p>
    <w:p w14:paraId="066115DC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55904B46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1BA498AB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1481A29A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4C47B68D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7633196F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2163ABD7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07C41BF8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0971A9CD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688BD37E" w14:textId="77777777" w:rsidR="00991850" w:rsidRDefault="00991850" w:rsidP="00991850">
      <w:pPr>
        <w:pStyle w:val="1"/>
        <w:spacing w:after="240"/>
        <w:rPr>
          <w:rFonts w:ascii="Times New Roman" w:hAnsi="Times New Roman"/>
          <w:lang w:val="ru-RU"/>
        </w:rPr>
      </w:pPr>
    </w:p>
    <w:p w14:paraId="573D878D" w14:textId="77777777" w:rsidR="00991850" w:rsidRDefault="00991850" w:rsidP="00991850">
      <w:pPr>
        <w:rPr>
          <w:lang w:val="ru-RU"/>
        </w:rPr>
      </w:pPr>
    </w:p>
    <w:p w14:paraId="6E8612F2" w14:textId="77777777" w:rsidR="00991850" w:rsidRDefault="00991850" w:rsidP="00991850">
      <w:pPr>
        <w:rPr>
          <w:lang w:val="ru-RU"/>
        </w:rPr>
      </w:pPr>
    </w:p>
    <w:p w14:paraId="2891CF3E" w14:textId="77777777" w:rsidR="00991850" w:rsidRDefault="00991850" w:rsidP="00991850">
      <w:pPr>
        <w:rPr>
          <w:lang w:val="ru-RU"/>
        </w:rPr>
      </w:pPr>
    </w:p>
    <w:p w14:paraId="7CC844C7" w14:textId="77777777" w:rsidR="00991850" w:rsidRDefault="00991850" w:rsidP="00991850">
      <w:pPr>
        <w:rPr>
          <w:lang w:val="ru-RU"/>
        </w:rPr>
      </w:pPr>
    </w:p>
    <w:p w14:paraId="2A037C88" w14:textId="77777777" w:rsidR="00991850" w:rsidRDefault="00991850" w:rsidP="00991850">
      <w:pPr>
        <w:rPr>
          <w:lang w:val="ru-RU"/>
        </w:rPr>
      </w:pPr>
    </w:p>
    <w:p w14:paraId="62CD3928" w14:textId="77777777" w:rsidR="00991850" w:rsidRDefault="00991850" w:rsidP="00991850">
      <w:pPr>
        <w:rPr>
          <w:lang w:val="ru-RU"/>
        </w:rPr>
      </w:pPr>
    </w:p>
    <w:p w14:paraId="7616A5DE" w14:textId="77777777" w:rsidR="00991850" w:rsidRDefault="00991850" w:rsidP="00991850">
      <w:pPr>
        <w:rPr>
          <w:lang w:val="ru-RU"/>
        </w:rPr>
      </w:pPr>
    </w:p>
    <w:p w14:paraId="5DE63CE4" w14:textId="77777777" w:rsidR="00991850" w:rsidRDefault="00991850" w:rsidP="00991850">
      <w:pPr>
        <w:rPr>
          <w:lang w:val="ru-RU"/>
        </w:rPr>
      </w:pPr>
    </w:p>
    <w:p w14:paraId="64BAF1C9" w14:textId="77777777" w:rsidR="00991850" w:rsidRDefault="00991850" w:rsidP="00991850">
      <w:pPr>
        <w:rPr>
          <w:lang w:val="ru-RU"/>
        </w:rPr>
      </w:pPr>
    </w:p>
    <w:p w14:paraId="72DA88A1" w14:textId="77777777" w:rsidR="00991850" w:rsidRDefault="00991850" w:rsidP="00991850">
      <w:pPr>
        <w:rPr>
          <w:lang w:val="ru-RU"/>
        </w:rPr>
      </w:pPr>
    </w:p>
    <w:p w14:paraId="44B875CF" w14:textId="77777777" w:rsidR="00991850" w:rsidRDefault="00991850">
      <w:pPr>
        <w:pStyle w:val="1"/>
        <w:spacing w:after="240"/>
        <w:jc w:val="center"/>
        <w:rPr>
          <w:rFonts w:ascii="Times New Roman" w:hAnsi="Times New Roman"/>
          <w:lang w:val="ru-RU"/>
        </w:rPr>
      </w:pPr>
    </w:p>
    <w:p w14:paraId="738C60A3" w14:textId="77777777" w:rsidR="00991850" w:rsidRPr="00991850" w:rsidRDefault="00991850" w:rsidP="00991850">
      <w:pPr>
        <w:rPr>
          <w:lang w:val="ru-RU"/>
        </w:rPr>
      </w:pPr>
    </w:p>
    <w:p w14:paraId="6B643045" w14:textId="77777777" w:rsidR="009F22A0" w:rsidRPr="00991850" w:rsidRDefault="00991850">
      <w:pPr>
        <w:pStyle w:val="1"/>
        <w:spacing w:after="240"/>
        <w:jc w:val="center"/>
        <w:rPr>
          <w:lang w:val="ru-RU"/>
        </w:rPr>
      </w:pPr>
      <w:r w:rsidRPr="00991850">
        <w:rPr>
          <w:rFonts w:ascii="Times New Roman" w:hAnsi="Times New Roman"/>
          <w:lang w:val="ru-RU"/>
        </w:rPr>
        <w:lastRenderedPageBreak/>
        <w:t>Пояснительная записка</w:t>
      </w:r>
    </w:p>
    <w:p w14:paraId="7D9CA5FF" w14:textId="641A95AE" w:rsidR="00991850" w:rsidRDefault="00991850" w:rsidP="00E21524">
      <w:pPr>
        <w:spacing w:after="0" w:line="360" w:lineRule="auto"/>
        <w:ind w:firstLine="360"/>
        <w:jc w:val="both"/>
        <w:rPr>
          <w:lang w:val="ru-RU"/>
        </w:rPr>
      </w:pPr>
      <w:r w:rsidRPr="00991850">
        <w:rPr>
          <w:lang w:val="ru-RU"/>
        </w:rPr>
        <w:t xml:space="preserve">Фонд оценочных средств (далее – ФОС) разработан на основе рабочей программы </w:t>
      </w:r>
      <w:r w:rsidR="009F7577">
        <w:rPr>
          <w:lang w:val="ru-RU"/>
        </w:rPr>
        <w:t xml:space="preserve">учебной </w:t>
      </w:r>
      <w:r w:rsidRPr="00991850">
        <w:rPr>
          <w:lang w:val="ru-RU"/>
        </w:rPr>
        <w:t xml:space="preserve">дисциплины ОП.01 Основы информационных </w:t>
      </w:r>
      <w:r>
        <w:rPr>
          <w:lang w:val="ru-RU"/>
        </w:rPr>
        <w:t>технологий.</w:t>
      </w:r>
    </w:p>
    <w:p w14:paraId="7D992D3B" w14:textId="77777777" w:rsidR="009F22A0" w:rsidRPr="00991850" w:rsidRDefault="00991850" w:rsidP="00E21524">
      <w:pPr>
        <w:spacing w:after="0" w:line="360" w:lineRule="auto"/>
        <w:ind w:firstLine="360"/>
        <w:jc w:val="both"/>
        <w:rPr>
          <w:lang w:val="ru-RU"/>
        </w:rPr>
      </w:pPr>
      <w:r w:rsidRPr="00991850">
        <w:rPr>
          <w:lang w:val="ru-RU"/>
        </w:rPr>
        <w:t>ФОС предназначен для проведения промежуточной аттестации по учебной дисциплине ОП.01 Основы информационных технологий для профессии 09.01.03 Оператор информационных систем и ресурсов в форме:</w:t>
      </w:r>
    </w:p>
    <w:p w14:paraId="78692B8A" w14:textId="77777777" w:rsidR="009F22A0" w:rsidRPr="00991850" w:rsidRDefault="00991850" w:rsidP="00E21524">
      <w:pPr>
        <w:pStyle w:val="a0"/>
        <w:numPr>
          <w:ilvl w:val="0"/>
          <w:numId w:val="0"/>
        </w:numPr>
        <w:spacing w:after="0" w:line="360" w:lineRule="auto"/>
        <w:ind w:left="360"/>
        <w:jc w:val="both"/>
        <w:rPr>
          <w:lang w:val="ru-RU"/>
        </w:rPr>
      </w:pPr>
      <w:r w:rsidRPr="00991850">
        <w:rPr>
          <w:b/>
          <w:lang w:val="ru-RU"/>
        </w:rPr>
        <w:t xml:space="preserve">• </w:t>
      </w:r>
      <w:r w:rsidRPr="00991850">
        <w:rPr>
          <w:lang w:val="ru-RU"/>
        </w:rPr>
        <w:t xml:space="preserve">экзамена, который проводится по окончании изучения программы (во </w:t>
      </w:r>
      <w:r>
        <w:t>II</w:t>
      </w:r>
      <w:r w:rsidRPr="00991850">
        <w:rPr>
          <w:lang w:val="ru-RU"/>
        </w:rPr>
        <w:t xml:space="preserve"> семестре).</w:t>
      </w:r>
    </w:p>
    <w:p w14:paraId="75B837C1" w14:textId="77777777" w:rsidR="00991850" w:rsidRDefault="00991850" w:rsidP="00E21524">
      <w:pPr>
        <w:spacing w:after="0" w:line="360" w:lineRule="auto"/>
        <w:ind w:firstLine="360"/>
        <w:jc w:val="both"/>
        <w:rPr>
          <w:lang w:val="ru-RU"/>
        </w:rPr>
      </w:pPr>
      <w:r w:rsidRPr="00991850">
        <w:rPr>
          <w:lang w:val="ru-RU"/>
        </w:rPr>
        <w:t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учебной дисциплине ОП.01 Ос</w:t>
      </w:r>
      <w:r>
        <w:rPr>
          <w:lang w:val="ru-RU"/>
        </w:rPr>
        <w:t>новы информационных технологий.</w:t>
      </w:r>
    </w:p>
    <w:p w14:paraId="373FD33C" w14:textId="77777777" w:rsidR="009F22A0" w:rsidRPr="00991850" w:rsidRDefault="00991850" w:rsidP="00E21524">
      <w:pPr>
        <w:spacing w:after="0" w:line="360" w:lineRule="auto"/>
        <w:ind w:firstLine="360"/>
        <w:jc w:val="both"/>
        <w:rPr>
          <w:lang w:val="ru-RU"/>
        </w:rPr>
      </w:pPr>
      <w:r w:rsidRPr="00991850">
        <w:rPr>
          <w:lang w:val="ru-RU"/>
        </w:rPr>
        <w:t>Результаты освоения программы по учебной дисциплине ОП.01 Основы информационных технологий, представляют собой формируемые общие и профессиональные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p w14:paraId="269782D5" w14:textId="77777777" w:rsidR="009F22A0" w:rsidRPr="00991850" w:rsidRDefault="00991850" w:rsidP="00991850">
      <w:pPr>
        <w:pStyle w:val="21"/>
        <w:spacing w:before="360" w:after="240"/>
        <w:jc w:val="right"/>
        <w:rPr>
          <w:b w:val="0"/>
          <w:i/>
          <w:lang w:val="ru-RU"/>
        </w:rPr>
      </w:pPr>
      <w:r w:rsidRPr="00991850">
        <w:rPr>
          <w:rFonts w:ascii="Times New Roman" w:hAnsi="Times New Roman"/>
          <w:b w:val="0"/>
          <w:i/>
          <w:lang w:val="ru-RU"/>
        </w:rPr>
        <w:t>Таблица 1. Матрица соответствия оценочных материалов</w:t>
      </w:r>
      <w:r w:rsidRPr="00991850">
        <w:rPr>
          <w:rFonts w:ascii="Times New Roman" w:hAnsi="Times New Roman"/>
          <w:b w:val="0"/>
          <w:i/>
          <w:lang w:val="ru-RU"/>
        </w:rPr>
        <w:br/>
        <w:t>индикаторам сформированности компетенций</w:t>
      </w:r>
    </w:p>
    <w:tbl>
      <w:tblPr>
        <w:tblStyle w:val="aff0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2463"/>
        <w:gridCol w:w="4737"/>
        <w:gridCol w:w="1152"/>
        <w:gridCol w:w="1728"/>
      </w:tblGrid>
      <w:tr w:rsidR="009F22A0" w:rsidRPr="00991850" w14:paraId="24C488AB" w14:textId="77777777" w:rsidTr="00991850">
        <w:trPr>
          <w:jc w:val="center"/>
        </w:trPr>
        <w:tc>
          <w:tcPr>
            <w:tcW w:w="246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FDA6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991850">
              <w:rPr>
                <w:b/>
                <w:sz w:val="24"/>
                <w:szCs w:val="24"/>
              </w:rPr>
              <w:t>Код</w:t>
            </w:r>
            <w:proofErr w:type="spellEnd"/>
            <w:r w:rsidRPr="0099185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9185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9918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1850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473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97BBB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Наименование индикаторов сформированности компетенций</w:t>
            </w:r>
          </w:p>
        </w:tc>
        <w:tc>
          <w:tcPr>
            <w:tcW w:w="115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C9824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Семестр</w:t>
            </w:r>
          </w:p>
        </w:tc>
        <w:tc>
          <w:tcPr>
            <w:tcW w:w="17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636F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№ задания</w:t>
            </w:r>
          </w:p>
        </w:tc>
      </w:tr>
      <w:tr w:rsidR="009F22A0" w:rsidRPr="00991850" w14:paraId="6953F317" w14:textId="77777777" w:rsidTr="00991850">
        <w:trPr>
          <w:jc w:val="center"/>
        </w:trPr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BDEF7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7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57137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Осуществляет поиск, систематизацию и анализ текстовой и мультимедийной информации из различных источников.</w:t>
            </w:r>
          </w:p>
          <w:p w14:paraId="7AB50964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Оценивает достоверность информации, соблюдает требования информационной безопасности.</w:t>
            </w:r>
          </w:p>
          <w:p w14:paraId="0E364D4C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Понимает принципы обеспечения доступности ИТ для пользователей с ОВЗ.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1BC6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6597D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1, 3, 9, 10, 12, 13</w:t>
            </w:r>
          </w:p>
        </w:tc>
      </w:tr>
      <w:tr w:rsidR="009F22A0" w:rsidRPr="00991850" w14:paraId="5C55D995" w14:textId="77777777" w:rsidTr="00991850">
        <w:trPr>
          <w:jc w:val="center"/>
        </w:trPr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19BA9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 xml:space="preserve">ПК 1.1. Выполнять ввод и обработку текстовой и </w:t>
            </w:r>
            <w:r w:rsidRPr="00991850">
              <w:rPr>
                <w:b/>
                <w:sz w:val="24"/>
                <w:szCs w:val="24"/>
                <w:lang w:val="ru-RU"/>
              </w:rPr>
              <w:lastRenderedPageBreak/>
              <w:t>числовой информации</w:t>
            </w:r>
          </w:p>
        </w:tc>
        <w:tc>
          <w:tcPr>
            <w:tcW w:w="47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8839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lastRenderedPageBreak/>
              <w:t>• Умеет использовать программное обеспечение в профессиональной деятельности.</w:t>
            </w:r>
          </w:p>
          <w:p w14:paraId="0BBFC6C8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lastRenderedPageBreak/>
              <w:t>• Производит архивацию и извлечение данных, настраивает резервное копирование.</w:t>
            </w:r>
          </w:p>
          <w:p w14:paraId="5739927D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Владеет базовыми офисными форматами данных.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A937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7ABA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2, 8, 11</w:t>
            </w:r>
          </w:p>
        </w:tc>
      </w:tr>
      <w:tr w:rsidR="009F22A0" w:rsidRPr="00991850" w14:paraId="0798A25D" w14:textId="77777777" w:rsidTr="00991850">
        <w:trPr>
          <w:jc w:val="center"/>
        </w:trPr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902D1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lastRenderedPageBreak/>
              <w:t>ПК 1.2. Выполнять обработку табличной информации и деловой графики</w:t>
            </w:r>
          </w:p>
        </w:tc>
        <w:tc>
          <w:tcPr>
            <w:tcW w:w="47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F605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Умеет обрабатывать табличную информацию с использованием формул.</w:t>
            </w:r>
          </w:p>
          <w:p w14:paraId="1F1425D0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Применяет абсолютную и относительную адресацию в электронных таблицах.</w:t>
            </w:r>
          </w:p>
          <w:p w14:paraId="62FB6A1D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Использует встроенные функции и сортировку данных.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2B44C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B8AD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7 (В1), 6 (В2)</w:t>
            </w:r>
          </w:p>
        </w:tc>
      </w:tr>
      <w:tr w:rsidR="009F22A0" w:rsidRPr="00991850" w14:paraId="2B124F01" w14:textId="77777777" w:rsidTr="00991850">
        <w:trPr>
          <w:jc w:val="center"/>
        </w:trPr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97147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ПК 2.1. Использовать сетевые технологии, сбор, размещение, хранение и передачу данных в сети Интернет</w:t>
            </w:r>
          </w:p>
        </w:tc>
        <w:tc>
          <w:tcPr>
            <w:tcW w:w="47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59B4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Применяет безопасные сетевые протоколы (</w:t>
            </w:r>
            <w:r w:rsidRPr="00991850">
              <w:rPr>
                <w:sz w:val="24"/>
                <w:szCs w:val="24"/>
              </w:rPr>
              <w:t>HTTPS</w:t>
            </w:r>
            <w:r w:rsidRPr="00991850">
              <w:rPr>
                <w:sz w:val="24"/>
                <w:szCs w:val="24"/>
                <w:lang w:val="ru-RU"/>
              </w:rPr>
              <w:t>) при работе в глобальной сети.</w:t>
            </w:r>
          </w:p>
          <w:p w14:paraId="64CD2EF9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Умеет использовать поисковые операторы для точного поиска информации.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FE578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EC5B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4, 9, 10</w:t>
            </w:r>
          </w:p>
        </w:tc>
      </w:tr>
      <w:tr w:rsidR="009F22A0" w:rsidRPr="00991850" w14:paraId="5B3CE445" w14:textId="77777777" w:rsidTr="00991850">
        <w:trPr>
          <w:jc w:val="center"/>
        </w:trPr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D9B13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ПК 2.2. Применять мультимедийные технологии обработки и представления информации</w:t>
            </w:r>
          </w:p>
        </w:tc>
        <w:tc>
          <w:tcPr>
            <w:tcW w:w="47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30D35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Создает и форматирует мультимедийные презентации по стандартам доступности.</w:t>
            </w:r>
          </w:p>
          <w:p w14:paraId="647E73E8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Настраивает интерактивные элементы управления (триггеры, гиперссылки) презентаций.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17A53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EA356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5, 14</w:t>
            </w:r>
          </w:p>
        </w:tc>
      </w:tr>
      <w:tr w:rsidR="009F22A0" w:rsidRPr="00991850" w14:paraId="33E68DB5" w14:textId="77777777" w:rsidTr="00991850">
        <w:trPr>
          <w:jc w:val="center"/>
        </w:trPr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E1697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ПК 2.3. Эксплуатировать базы данных и осуществлять выборку информации</w:t>
            </w:r>
          </w:p>
        </w:tc>
        <w:tc>
          <w:tcPr>
            <w:tcW w:w="47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56B6F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• Понимает структуру реляционных баз данных, назначение полей и первичного ключа.</w:t>
            </w:r>
          </w:p>
          <w:p w14:paraId="2E774D3A" w14:textId="77777777" w:rsidR="009F22A0" w:rsidRPr="00991850" w:rsidRDefault="00991850" w:rsidP="00991850">
            <w:pPr>
              <w:spacing w:after="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 xml:space="preserve">• Составляет простые </w:t>
            </w:r>
            <w:r w:rsidRPr="00991850">
              <w:rPr>
                <w:sz w:val="24"/>
                <w:szCs w:val="24"/>
              </w:rPr>
              <w:t>SQL</w:t>
            </w:r>
            <w:r w:rsidRPr="00991850">
              <w:rPr>
                <w:sz w:val="24"/>
                <w:szCs w:val="24"/>
                <w:lang w:val="ru-RU"/>
              </w:rPr>
              <w:t xml:space="preserve">-запросы </w:t>
            </w:r>
            <w:r w:rsidRPr="00991850">
              <w:rPr>
                <w:sz w:val="24"/>
                <w:szCs w:val="24"/>
              </w:rPr>
              <w:t>SELECT</w:t>
            </w:r>
            <w:r w:rsidRPr="00991850">
              <w:rPr>
                <w:sz w:val="24"/>
                <w:szCs w:val="24"/>
                <w:lang w:val="ru-RU"/>
              </w:rPr>
              <w:t xml:space="preserve"> для выборки и фильтрации данных в </w:t>
            </w:r>
            <w:r w:rsidRPr="00991850">
              <w:rPr>
                <w:sz w:val="24"/>
                <w:szCs w:val="24"/>
              </w:rPr>
              <w:t>SQLite</w:t>
            </w:r>
            <w:r w:rsidRPr="0099185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83FC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3330" w14:textId="77777777" w:rsidR="009F22A0" w:rsidRPr="00991850" w:rsidRDefault="00991850" w:rsidP="00991850">
            <w:pPr>
              <w:spacing w:after="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6, 7 (В2), 13</w:t>
            </w:r>
          </w:p>
        </w:tc>
      </w:tr>
    </w:tbl>
    <w:p w14:paraId="2ED7275B" w14:textId="77777777" w:rsidR="009F22A0" w:rsidRPr="00991850" w:rsidRDefault="00991850" w:rsidP="00991850">
      <w:pPr>
        <w:spacing w:after="0" w:line="240" w:lineRule="auto"/>
        <w:rPr>
          <w:szCs w:val="24"/>
        </w:rPr>
      </w:pPr>
      <w:r w:rsidRPr="00991850">
        <w:rPr>
          <w:szCs w:val="24"/>
        </w:rPr>
        <w:br w:type="page"/>
      </w:r>
    </w:p>
    <w:p w14:paraId="0F0D964B" w14:textId="77777777" w:rsidR="009F22A0" w:rsidRPr="00991850" w:rsidRDefault="00991850">
      <w:pPr>
        <w:pStyle w:val="1"/>
        <w:spacing w:before="360" w:after="240"/>
        <w:jc w:val="center"/>
        <w:rPr>
          <w:lang w:val="ru-RU"/>
        </w:rPr>
      </w:pPr>
      <w:r w:rsidRPr="00991850">
        <w:rPr>
          <w:rFonts w:ascii="Times New Roman" w:hAnsi="Times New Roman"/>
          <w:lang w:val="ru-RU"/>
        </w:rPr>
        <w:t xml:space="preserve">Тестовые задания для проведения ПА по итогам </w:t>
      </w:r>
      <w:r>
        <w:rPr>
          <w:rFonts w:ascii="Times New Roman" w:hAnsi="Times New Roman"/>
        </w:rPr>
        <w:t>II</w:t>
      </w:r>
      <w:r w:rsidRPr="00991850">
        <w:rPr>
          <w:rFonts w:ascii="Times New Roman" w:hAnsi="Times New Roman"/>
          <w:lang w:val="ru-RU"/>
        </w:rPr>
        <w:t xml:space="preserve"> семестра</w:t>
      </w:r>
      <w:r w:rsidRPr="00991850">
        <w:rPr>
          <w:rFonts w:ascii="Times New Roman" w:hAnsi="Times New Roman"/>
          <w:lang w:val="ru-RU"/>
        </w:rPr>
        <w:br/>
        <w:t>в форме экзамена</w:t>
      </w:r>
    </w:p>
    <w:p w14:paraId="4478FA27" w14:textId="6E142B21" w:rsidR="009F22A0" w:rsidRPr="00991850" w:rsidRDefault="00991850" w:rsidP="00991850">
      <w:pPr>
        <w:spacing w:after="0"/>
        <w:rPr>
          <w:lang w:val="ru-RU"/>
        </w:rPr>
      </w:pPr>
      <w:r w:rsidRPr="00991850">
        <w:rPr>
          <w:b/>
          <w:lang w:val="ru-RU"/>
        </w:rPr>
        <w:t xml:space="preserve">Форма проведения: </w:t>
      </w:r>
      <w:r w:rsidR="00F910E5" w:rsidRPr="00F910E5">
        <w:rPr>
          <w:rFonts w:eastAsia="Times New Roman" w:cs="Times New Roman"/>
          <w:szCs w:val="24"/>
          <w:lang w:val="ru-RU" w:eastAsia="ru-RU"/>
        </w:rPr>
        <w:t>тестирование в электронном формате.</w:t>
      </w:r>
      <w:bookmarkStart w:id="0" w:name="_GoBack"/>
      <w:bookmarkEnd w:id="0"/>
      <w:r w:rsidRPr="00991850">
        <w:rPr>
          <w:lang w:val="ru-RU"/>
        </w:rPr>
        <w:br/>
        <w:t>Общее количество тестовых заданий – 14. Два варианта.</w:t>
      </w:r>
    </w:p>
    <w:p w14:paraId="70219371" w14:textId="77777777" w:rsidR="009F22A0" w:rsidRPr="00991850" w:rsidRDefault="00991850" w:rsidP="00991850">
      <w:pPr>
        <w:spacing w:after="0"/>
        <w:rPr>
          <w:lang w:val="ru-RU"/>
        </w:rPr>
      </w:pPr>
      <w:r w:rsidRPr="00991850">
        <w:rPr>
          <w:b/>
          <w:lang w:val="ru-RU"/>
        </w:rPr>
        <w:t xml:space="preserve">Время выполнения: </w:t>
      </w:r>
      <w:r w:rsidRPr="00991850">
        <w:rPr>
          <w:lang w:val="ru-RU"/>
        </w:rPr>
        <w:t>90 минут.</w:t>
      </w:r>
    </w:p>
    <w:p w14:paraId="532237C2" w14:textId="77777777" w:rsidR="009F22A0" w:rsidRPr="00991850" w:rsidRDefault="00991850" w:rsidP="00991850">
      <w:pPr>
        <w:spacing w:after="0"/>
        <w:rPr>
          <w:lang w:val="ru-RU"/>
        </w:rPr>
      </w:pPr>
      <w:r w:rsidRPr="00991850">
        <w:rPr>
          <w:b/>
          <w:lang w:val="ru-RU"/>
        </w:rPr>
        <w:t xml:space="preserve">Дополнительные материалы и оборудование: </w:t>
      </w:r>
    </w:p>
    <w:p w14:paraId="1A6CDD26" w14:textId="490552A8" w:rsidR="00E21524" w:rsidRPr="00E21524" w:rsidRDefault="00E21524" w:rsidP="00E2152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E21524">
        <w:rPr>
          <w:rFonts w:cs="Times New Roman"/>
          <w:color w:val="000000" w:themeColor="text1"/>
          <w:szCs w:val="24"/>
          <w:lang w:val="ru-RU"/>
        </w:rPr>
        <w:t>Лупа (ручная или стационарная), Компьютер со специализированным программным обеспечением:</w:t>
      </w:r>
    </w:p>
    <w:p w14:paraId="5D6CB001" w14:textId="77777777" w:rsidR="00E21524" w:rsidRPr="00E21524" w:rsidRDefault="00E21524" w:rsidP="00E2152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E21524">
        <w:rPr>
          <w:rFonts w:cs="Times New Roman"/>
          <w:color w:val="000000" w:themeColor="text1"/>
          <w:szCs w:val="24"/>
          <w:lang w:val="ru-RU"/>
        </w:rPr>
        <w:tab/>
        <w:t>Программы экранного увеличения (</w:t>
      </w:r>
      <w:r w:rsidRPr="00CC154C">
        <w:rPr>
          <w:rFonts w:cs="Times New Roman"/>
          <w:color w:val="000000" w:themeColor="text1"/>
          <w:szCs w:val="24"/>
        </w:rPr>
        <w:t>Screen</w:t>
      </w:r>
      <w:r w:rsidRPr="00E2152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CC154C">
        <w:rPr>
          <w:rFonts w:cs="Times New Roman"/>
          <w:color w:val="000000" w:themeColor="text1"/>
          <w:szCs w:val="24"/>
        </w:rPr>
        <w:t>Magnifiers</w:t>
      </w:r>
      <w:r w:rsidRPr="00E21524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proofErr w:type="spellStart"/>
      <w:r w:rsidRPr="00CC154C">
        <w:rPr>
          <w:rFonts w:cs="Times New Roman"/>
          <w:color w:val="000000" w:themeColor="text1"/>
          <w:szCs w:val="24"/>
        </w:rPr>
        <w:t>MAGic</w:t>
      </w:r>
      <w:proofErr w:type="spellEnd"/>
      <w:r w:rsidRPr="00E21524">
        <w:rPr>
          <w:rFonts w:cs="Times New Roman"/>
          <w:color w:val="000000" w:themeColor="text1"/>
          <w:szCs w:val="24"/>
          <w:lang w:val="ru-RU"/>
        </w:rPr>
        <w:t>). Программы синтеза речи (</w:t>
      </w:r>
      <w:r w:rsidRPr="00CC154C">
        <w:rPr>
          <w:rFonts w:cs="Times New Roman"/>
          <w:color w:val="000000" w:themeColor="text1"/>
          <w:szCs w:val="24"/>
        </w:rPr>
        <w:t>Screen</w:t>
      </w:r>
      <w:r w:rsidRPr="00E2152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CC154C">
        <w:rPr>
          <w:rFonts w:cs="Times New Roman"/>
          <w:color w:val="000000" w:themeColor="text1"/>
          <w:szCs w:val="24"/>
        </w:rPr>
        <w:t>Readers</w:t>
      </w:r>
      <w:r w:rsidRPr="00E21524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r w:rsidRPr="00CC154C">
        <w:rPr>
          <w:rFonts w:cs="Times New Roman"/>
          <w:color w:val="000000" w:themeColor="text1"/>
          <w:szCs w:val="24"/>
        </w:rPr>
        <w:t>JAWS</w:t>
      </w:r>
      <w:r w:rsidRPr="00E21524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CC154C">
        <w:rPr>
          <w:rFonts w:cs="Times New Roman"/>
          <w:color w:val="000000" w:themeColor="text1"/>
          <w:szCs w:val="24"/>
        </w:rPr>
        <w:t>NVDA</w:t>
      </w:r>
      <w:r w:rsidRPr="00E21524">
        <w:rPr>
          <w:rFonts w:cs="Times New Roman"/>
          <w:color w:val="000000" w:themeColor="text1"/>
          <w:szCs w:val="24"/>
          <w:lang w:val="ru-RU"/>
        </w:rPr>
        <w:t xml:space="preserve">, </w:t>
      </w:r>
      <w:proofErr w:type="spellStart"/>
      <w:r w:rsidRPr="00CC154C">
        <w:rPr>
          <w:rFonts w:cs="Times New Roman"/>
          <w:color w:val="000000" w:themeColor="text1"/>
          <w:szCs w:val="24"/>
        </w:rPr>
        <w:t>VoiceOver</w:t>
      </w:r>
      <w:proofErr w:type="spellEnd"/>
      <w:r w:rsidRPr="00E21524">
        <w:rPr>
          <w:rFonts w:cs="Times New Roman"/>
          <w:color w:val="000000" w:themeColor="text1"/>
          <w:szCs w:val="24"/>
          <w:lang w:val="ru-RU"/>
        </w:rPr>
        <w:t>), которые зачитывают текст с экрана.</w:t>
      </w:r>
      <w:r w:rsidRPr="00E21524">
        <w:rPr>
          <w:szCs w:val="24"/>
          <w:lang w:val="ru-RU"/>
        </w:rPr>
        <w:t xml:space="preserve"> </w:t>
      </w:r>
      <w:r w:rsidRPr="00E21524">
        <w:rPr>
          <w:rFonts w:cs="Times New Roman"/>
          <w:color w:val="000000" w:themeColor="text1"/>
          <w:szCs w:val="24"/>
          <w:lang w:val="ru-RU"/>
        </w:rPr>
        <w:t>Контрольные материалы, напечатанные укрупненным шрифтом (кегль 16-20 и более, в зависимости от потребности). Контрастные версии материалов (например, черный текст на желтом фоне или белый на черном). Аудиофайлы с записью задания и вариантов ответов.</w:t>
      </w:r>
    </w:p>
    <w:p w14:paraId="2DA8EEDB" w14:textId="77777777" w:rsidR="00E21524" w:rsidRPr="00E21524" w:rsidRDefault="00E21524" w:rsidP="00E2152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E21524">
        <w:rPr>
          <w:rFonts w:cs="Times New Roman"/>
          <w:color w:val="000000" w:themeColor="text1"/>
          <w:szCs w:val="24"/>
          <w:lang w:val="ru-RU"/>
        </w:rPr>
        <w:tab/>
        <w:t>Ответы экзаменуемого фиксируются ассистентом-сопровождающим под его диктовку либо вводятся самим участником с помощью компьютера. Звукоусиливающая аппаратура коллективного и индивидуального пользования (слуховые аппараты, индукционные петли).</w:t>
      </w:r>
      <w:r w:rsidRPr="00E21524">
        <w:rPr>
          <w:szCs w:val="24"/>
          <w:lang w:val="ru-RU"/>
        </w:rPr>
        <w:t xml:space="preserve"> </w:t>
      </w:r>
    </w:p>
    <w:p w14:paraId="44E00EE4" w14:textId="5B46DFD2" w:rsidR="00E21524" w:rsidRPr="00E21524" w:rsidRDefault="00E21524" w:rsidP="00E2152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E21524">
        <w:rPr>
          <w:rFonts w:cs="Times New Roman"/>
          <w:color w:val="000000" w:themeColor="text1"/>
          <w:szCs w:val="24"/>
          <w:lang w:val="ru-RU"/>
        </w:rPr>
        <w:t>Компьютер со специальным ПО и устройствами ввода: Эргономичная клавиатура. Клавиатура с большими кнопками. Джойстик, роллер-</w:t>
      </w:r>
      <w:proofErr w:type="spellStart"/>
      <w:r w:rsidRPr="00E21524">
        <w:rPr>
          <w:rFonts w:cs="Times New Roman"/>
          <w:color w:val="000000" w:themeColor="text1"/>
          <w:szCs w:val="24"/>
          <w:lang w:val="ru-RU"/>
        </w:rPr>
        <w:t>болл</w:t>
      </w:r>
      <w:proofErr w:type="spellEnd"/>
      <w:r w:rsidRPr="00E21524">
        <w:rPr>
          <w:rFonts w:cs="Times New Roman"/>
          <w:color w:val="000000" w:themeColor="text1"/>
          <w:szCs w:val="24"/>
          <w:lang w:val="ru-RU"/>
        </w:rPr>
        <w:t xml:space="preserve"> (</w:t>
      </w:r>
      <w:r w:rsidRPr="00CC154C">
        <w:rPr>
          <w:rFonts w:cs="Times New Roman"/>
          <w:color w:val="000000" w:themeColor="text1"/>
          <w:szCs w:val="24"/>
        </w:rPr>
        <w:t>trackball</w:t>
      </w:r>
      <w:r w:rsidRPr="00E21524">
        <w:rPr>
          <w:rFonts w:cs="Times New Roman"/>
          <w:color w:val="000000" w:themeColor="text1"/>
          <w:szCs w:val="24"/>
          <w:lang w:val="ru-RU"/>
        </w:rPr>
        <w:t>) или выносные кнопки вместо мыши. Возможность выполнения теста в электронном формате.</w:t>
      </w:r>
    </w:p>
    <w:p w14:paraId="46FA7995" w14:textId="77777777" w:rsidR="009F22A0" w:rsidRDefault="00991850" w:rsidP="00E21524">
      <w:pPr>
        <w:spacing w:after="0"/>
        <w:ind w:firstLine="720"/>
        <w:jc w:val="both"/>
        <w:rPr>
          <w:lang w:val="ru-RU"/>
        </w:rPr>
      </w:pPr>
      <w:r w:rsidRPr="00991850">
        <w:rPr>
          <w:lang w:val="ru-RU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14:paraId="179975BF" w14:textId="77777777" w:rsidR="00B51417" w:rsidRDefault="00B51417" w:rsidP="009F7577">
      <w:pPr>
        <w:spacing w:after="0"/>
        <w:jc w:val="both"/>
        <w:rPr>
          <w:lang w:val="ru-RU"/>
        </w:rPr>
      </w:pPr>
    </w:p>
    <w:p w14:paraId="12172C43" w14:textId="77777777" w:rsidR="009F22A0" w:rsidRPr="00991850" w:rsidRDefault="00991850" w:rsidP="009F7577">
      <w:pPr>
        <w:pStyle w:val="21"/>
        <w:spacing w:before="360" w:after="240"/>
        <w:jc w:val="center"/>
        <w:rPr>
          <w:lang w:val="ru-RU"/>
        </w:rPr>
      </w:pPr>
      <w:r w:rsidRPr="00991850">
        <w:rPr>
          <w:rFonts w:ascii="Times New Roman" w:hAnsi="Times New Roman"/>
          <w:lang w:val="ru-RU"/>
        </w:rPr>
        <w:t>ВАРИАНТ 1</w:t>
      </w:r>
    </w:p>
    <w:p w14:paraId="1E09C5BB" w14:textId="77777777" w:rsidR="009F22A0" w:rsidRPr="00991850" w:rsidRDefault="00991850" w:rsidP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закрытый на установление последовательности. Время выполнения: 3–5 минут</w:t>
      </w:r>
    </w:p>
    <w:p w14:paraId="77F36408" w14:textId="77777777" w:rsidR="009F22A0" w:rsidRPr="00991850" w:rsidRDefault="00991850" w:rsidP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Расположите перечисленные виды запоминающих устройств персонального компьютера в порядке убывания их быстродействия (от самого быстрого к самому медленному). В поле для ответа запишите последовательность букв без пробелов и знаков препинания.</w:t>
      </w:r>
    </w:p>
    <w:p w14:paraId="4F518396" w14:textId="77777777" w:rsidR="009F22A0" w:rsidRPr="00991850" w:rsidRDefault="00991850" w:rsidP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А) Жесткий магнитный диск (</w:t>
      </w:r>
      <w:r>
        <w:rPr>
          <w:sz w:val="22"/>
        </w:rPr>
        <w:t>HDD</w:t>
      </w:r>
      <w:r w:rsidRPr="00991850">
        <w:rPr>
          <w:sz w:val="22"/>
          <w:lang w:val="ru-RU"/>
        </w:rPr>
        <w:t>)</w:t>
      </w:r>
      <w:r w:rsidRPr="00991850">
        <w:rPr>
          <w:sz w:val="22"/>
          <w:lang w:val="ru-RU"/>
        </w:rPr>
        <w:br/>
        <w:t>Б) Оперативная память (ОЗУ)</w:t>
      </w:r>
      <w:r w:rsidRPr="00991850">
        <w:rPr>
          <w:sz w:val="22"/>
          <w:lang w:val="ru-RU"/>
        </w:rPr>
        <w:br/>
        <w:t>В) Кэш-память процессора</w:t>
      </w:r>
      <w:r w:rsidRPr="00991850">
        <w:rPr>
          <w:sz w:val="22"/>
          <w:lang w:val="ru-RU"/>
        </w:rPr>
        <w:br/>
        <w:t>Г) Твердотельный накопитель (</w:t>
      </w:r>
      <w:r>
        <w:rPr>
          <w:sz w:val="22"/>
        </w:rPr>
        <w:t>SSD</w:t>
      </w:r>
      <w:r w:rsidRPr="00991850">
        <w:rPr>
          <w:sz w:val="22"/>
          <w:lang w:val="ru-RU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3600"/>
      </w:tblGrid>
      <w:tr w:rsidR="009F22A0" w14:paraId="2564059E" w14:textId="77777777">
        <w:tc>
          <w:tcPr>
            <w:tcW w:w="2880" w:type="dxa"/>
          </w:tcPr>
          <w:p w14:paraId="0531F4ED" w14:textId="77777777" w:rsidR="009F22A0" w:rsidRDefault="00991850">
            <w:r>
              <w:rPr>
                <w:b/>
                <w:sz w:val="22"/>
              </w:rPr>
              <w:t>Поле для ответа: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8DDCFF" w14:textId="77777777" w:rsidR="009F22A0" w:rsidRDefault="009F22A0">
            <w:pPr>
              <w:jc w:val="center"/>
            </w:pPr>
          </w:p>
        </w:tc>
      </w:tr>
    </w:tbl>
    <w:p w14:paraId="09385638" w14:textId="77777777" w:rsidR="009F22A0" w:rsidRDefault="009F22A0">
      <w:pPr>
        <w:spacing w:after="240"/>
      </w:pPr>
    </w:p>
    <w:p w14:paraId="51505153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2.</w:t>
      </w:r>
      <w:r w:rsidRPr="00991850">
        <w:rPr>
          <w:i/>
          <w:lang w:val="ru-RU"/>
        </w:rPr>
        <w:t xml:space="preserve"> Формируемая компетенция: ПК 1.1</w:t>
      </w:r>
      <w:r w:rsidRPr="00991850">
        <w:rPr>
          <w:i/>
          <w:lang w:val="ru-RU"/>
        </w:rPr>
        <w:br/>
        <w:t>Тип: закрытый на установление соответствия. Время выполнения: 3–5 минут</w:t>
      </w:r>
    </w:p>
    <w:p w14:paraId="114CB2B9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Установите соответствие между расширениями файлов и их ключевыми характеристиками и свойствами.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</w:p>
    <w:p w14:paraId="46712751" w14:textId="77777777" w:rsidR="009F22A0" w:rsidRPr="00991850" w:rsidRDefault="00991850">
      <w:pPr>
        <w:spacing w:after="8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Столбец 1 (Расширение файла):</w:t>
      </w:r>
      <w:r w:rsidRPr="00991850">
        <w:rPr>
          <w:sz w:val="22"/>
          <w:lang w:val="ru-RU"/>
        </w:rPr>
        <w:br/>
        <w:t>1) .</w:t>
      </w:r>
      <w:r>
        <w:rPr>
          <w:sz w:val="22"/>
        </w:rPr>
        <w:t>txt</w:t>
      </w:r>
      <w:r w:rsidRPr="00991850">
        <w:rPr>
          <w:sz w:val="22"/>
          <w:lang w:val="ru-RU"/>
        </w:rPr>
        <w:br/>
        <w:t>2) .</w:t>
      </w:r>
      <w:r>
        <w:rPr>
          <w:sz w:val="22"/>
        </w:rPr>
        <w:t>docx</w:t>
      </w:r>
      <w:r w:rsidRPr="00991850">
        <w:rPr>
          <w:sz w:val="22"/>
          <w:lang w:val="ru-RU"/>
        </w:rPr>
        <w:br/>
        <w:t>3) .</w:t>
      </w:r>
      <w:r>
        <w:rPr>
          <w:sz w:val="22"/>
        </w:rPr>
        <w:t>pdf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9F22A0" w14:paraId="5285F21B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FE2C88" w14:textId="77777777" w:rsidR="009F22A0" w:rsidRDefault="00991850">
            <w:proofErr w:type="spellStart"/>
            <w:r>
              <w:rPr>
                <w:b/>
              </w:rPr>
              <w:t>Элемент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F6302" w14:textId="77777777" w:rsidR="009F22A0" w:rsidRDefault="00991850">
            <w:r>
              <w:rPr>
                <w:b/>
              </w:rPr>
              <w:t>Элемент 2 (Варианты)</w:t>
            </w:r>
          </w:p>
        </w:tc>
      </w:tr>
      <w:tr w:rsidR="009F22A0" w:rsidRPr="00F910E5" w14:paraId="6B8261E6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5E05B" w14:textId="77777777" w:rsidR="009F22A0" w:rsidRDefault="00991850">
            <w:pPr>
              <w:spacing w:after="40"/>
            </w:pPr>
            <w:r>
              <w:rPr>
                <w:sz w:val="20"/>
              </w:rPr>
              <w:t>1) .txt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9CE823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А) Кроссплатформенный стандарт публикации электронных документов, который жестко фиксирует верстку и форматирование для чтения и печати.</w:t>
            </w:r>
          </w:p>
        </w:tc>
      </w:tr>
      <w:tr w:rsidR="009F22A0" w:rsidRPr="00F910E5" w14:paraId="438FB206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2B6EF" w14:textId="77777777" w:rsidR="009F22A0" w:rsidRDefault="00991850">
            <w:pPr>
              <w:spacing w:after="40"/>
            </w:pPr>
            <w:r>
              <w:rPr>
                <w:sz w:val="20"/>
              </w:rPr>
              <w:t>2) .</w:t>
            </w:r>
            <w:proofErr w:type="spellStart"/>
            <w:r>
              <w:rPr>
                <w:sz w:val="20"/>
              </w:rPr>
              <w:t>docx</w:t>
            </w:r>
            <w:proofErr w:type="spellEnd"/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60A467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Б) Формат текстового процессора, поддерживающий сложное форматирование, стили, встроенные таблицы, графику и макросы.</w:t>
            </w:r>
          </w:p>
        </w:tc>
      </w:tr>
      <w:tr w:rsidR="009F22A0" w:rsidRPr="00F910E5" w14:paraId="133D58E5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AD6944" w14:textId="77777777" w:rsidR="009F22A0" w:rsidRDefault="00991850">
            <w:pPr>
              <w:spacing w:after="40"/>
            </w:pPr>
            <w:r>
              <w:rPr>
                <w:sz w:val="20"/>
              </w:rPr>
              <w:t>3) .pdf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C54C7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В) Простейший текстовый формат, содержащий только чистый текст без какого-либо форматирования, стилей или объектов.</w:t>
            </w:r>
          </w:p>
        </w:tc>
      </w:tr>
    </w:tbl>
    <w:p w14:paraId="338813AC" w14:textId="77777777" w:rsidR="009F22A0" w:rsidRPr="00991850" w:rsidRDefault="009F22A0">
      <w:pPr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5040"/>
      </w:tblGrid>
      <w:tr w:rsidR="009F22A0" w14:paraId="4EAFF130" w14:textId="77777777">
        <w:tc>
          <w:tcPr>
            <w:tcW w:w="2880" w:type="dxa"/>
          </w:tcPr>
          <w:p w14:paraId="06677618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A2A92" w14:textId="77777777" w:rsidR="009F22A0" w:rsidRDefault="00991850">
            <w:r>
              <w:rPr>
                <w:sz w:val="22"/>
              </w:rPr>
              <w:t>1 — _____,  2 — _____,  3 — _____</w:t>
            </w:r>
          </w:p>
        </w:tc>
      </w:tr>
    </w:tbl>
    <w:p w14:paraId="4EC4A996" w14:textId="77777777" w:rsidR="009F22A0" w:rsidRDefault="009F22A0">
      <w:pPr>
        <w:spacing w:after="240"/>
      </w:pPr>
    </w:p>
    <w:p w14:paraId="69AAAF97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3.</w:t>
      </w:r>
      <w:r w:rsidRPr="00991850">
        <w:rPr>
          <w:i/>
          <w:lang w:val="ru-RU"/>
        </w:rPr>
        <w:t xml:space="preserve"> Формируемая компетенция: ПК 1.1, ОК 02</w:t>
      </w:r>
      <w:r w:rsidRPr="00991850">
        <w:rPr>
          <w:i/>
          <w:lang w:val="ru-RU"/>
        </w:rPr>
        <w:br/>
        <w:t>Тип: открытый с развернутым ответом. Время выполнения: 7–10 минут</w:t>
      </w:r>
    </w:p>
    <w:p w14:paraId="541F145D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Прочитайте вопрос и напишите связный, аргументированный ответ объёмом 5–7 предложений. Используйте терминологию программы.</w:t>
      </w:r>
    </w:p>
    <w:p w14:paraId="475D0BD3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Почему в многостраничных технических отчетах и учебных материалах критически важно использовать встроенные Стили заголовков (например, Заголовок 1, Заголовок 2)? Объясните, как применение стилей влияет на автоматизацию верстки (оглавление) и как оно обеспечивает </w:t>
      </w:r>
      <w:proofErr w:type="spellStart"/>
      <w:r w:rsidRPr="00991850">
        <w:rPr>
          <w:sz w:val="22"/>
          <w:lang w:val="ru-RU"/>
        </w:rPr>
        <w:t>невизуальную</w:t>
      </w:r>
      <w:proofErr w:type="spellEnd"/>
      <w:r w:rsidRPr="00991850">
        <w:rPr>
          <w:sz w:val="22"/>
          <w:lang w:val="ru-RU"/>
        </w:rPr>
        <w:t xml:space="preserve"> навигацию слабовидящих и незрячих студентов, работающих с программами экранного доступа (</w:t>
      </w:r>
      <w:proofErr w:type="spellStart"/>
      <w:r w:rsidRPr="00991850">
        <w:rPr>
          <w:sz w:val="22"/>
          <w:lang w:val="ru-RU"/>
        </w:rPr>
        <w:t>скринридерами</w:t>
      </w:r>
      <w:proofErr w:type="spellEnd"/>
      <w:r w:rsidRPr="00991850">
        <w:rPr>
          <w:sz w:val="22"/>
          <w:lang w:val="ru-RU"/>
        </w:rPr>
        <w:t xml:space="preserve">, такими как </w:t>
      </w:r>
      <w:r>
        <w:rPr>
          <w:sz w:val="22"/>
        </w:rPr>
        <w:t>NVDA</w:t>
      </w:r>
      <w:r w:rsidRPr="00991850">
        <w:rPr>
          <w:sz w:val="22"/>
          <w:lang w:val="ru-RU"/>
        </w:rPr>
        <w:t>).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9F22A0" w:rsidRPr="00F910E5" w14:paraId="04B97220" w14:textId="77777777">
        <w:trPr>
          <w:jc w:val="center"/>
        </w:trPr>
        <w:tc>
          <w:tcPr>
            <w:tcW w:w="936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79B87E6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b/>
                <w:lang w:val="ru-RU"/>
              </w:rPr>
              <w:t>Поле для ответа (заполняется студентом развернуто):</w:t>
            </w:r>
          </w:p>
        </w:tc>
      </w:tr>
      <w:tr w:rsidR="009F22A0" w:rsidRPr="00F910E5" w14:paraId="38B39D78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5BFADC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  <w:tr w:rsidR="009F22A0" w:rsidRPr="00F910E5" w14:paraId="4929592A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DACCC60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  <w:tr w:rsidR="009F22A0" w:rsidRPr="00F910E5" w14:paraId="26F9CAE7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24E7560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</w:tbl>
    <w:p w14:paraId="57E9D064" w14:textId="77777777" w:rsidR="009F22A0" w:rsidRPr="00991850" w:rsidRDefault="009F22A0">
      <w:pPr>
        <w:spacing w:after="240"/>
        <w:rPr>
          <w:lang w:val="ru-RU"/>
        </w:rPr>
      </w:pPr>
    </w:p>
    <w:p w14:paraId="3FEC6951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4.</w:t>
      </w:r>
      <w:r w:rsidRPr="00991850">
        <w:rPr>
          <w:i/>
          <w:lang w:val="ru-RU"/>
        </w:rPr>
        <w:t xml:space="preserve"> Формируемая компетенция: ПК 2.1</w:t>
      </w:r>
      <w:r w:rsidRPr="00991850">
        <w:rPr>
          <w:i/>
          <w:lang w:val="ru-RU"/>
        </w:rPr>
        <w:br/>
        <w:t>Тип: комбинированный с выбором одного верного ответа из 4-х предложенных и обоснованием выбора. Время выполнения: 2–3 минуты</w:t>
      </w:r>
    </w:p>
    <w:p w14:paraId="6B910BDC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предложенным вопросом. Выберите один правильный вариант ответа, в поле для обоснования письменно докажите свой выбор (в 2–3 предложениях), опираясь на принципы информационной безопасности в сети Интернет.</w:t>
      </w:r>
    </w:p>
    <w:p w14:paraId="3680E30B" w14:textId="77777777" w:rsidR="009F22A0" w:rsidRDefault="00991850">
      <w:pPr>
        <w:spacing w:after="160"/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Какой сетевой протокол обеспечивает безопасное шифрованное соединение при работе с веб-сайтами и передаче конфиденциальных данных в сети Интернет?</w:t>
      </w:r>
      <w:r w:rsidRPr="00991850">
        <w:rPr>
          <w:sz w:val="22"/>
          <w:lang w:val="ru-RU"/>
        </w:rPr>
        <w:br/>
      </w:r>
      <w:r>
        <w:rPr>
          <w:sz w:val="22"/>
        </w:rPr>
        <w:t>А) HTTP</w:t>
      </w:r>
      <w:r>
        <w:rPr>
          <w:sz w:val="22"/>
        </w:rPr>
        <w:br/>
        <w:t>Б) HTTPS</w:t>
      </w:r>
      <w:r>
        <w:rPr>
          <w:sz w:val="22"/>
        </w:rPr>
        <w:br/>
        <w:t>В) FTP</w:t>
      </w:r>
      <w:r>
        <w:rPr>
          <w:sz w:val="22"/>
        </w:rPr>
        <w:br/>
        <w:t>Г) SMTP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518582C6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2FB09" w14:textId="77777777" w:rsidR="009F22A0" w:rsidRDefault="00991850">
            <w:r>
              <w:rPr>
                <w:b/>
              </w:rPr>
              <w:t>Выбранный ответ: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B53A2B" w14:textId="77777777" w:rsidR="009F22A0" w:rsidRDefault="009F22A0"/>
        </w:tc>
      </w:tr>
      <w:tr w:rsidR="009F22A0" w14:paraId="198243E3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F6C923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F0A12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35730BCB" w14:textId="77777777" w:rsidR="009F22A0" w:rsidRDefault="009F22A0">
      <w:pPr>
        <w:spacing w:after="240"/>
      </w:pPr>
    </w:p>
    <w:p w14:paraId="19984AA8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5.</w:t>
      </w:r>
      <w:r w:rsidRPr="00991850">
        <w:rPr>
          <w:i/>
          <w:lang w:val="ru-RU"/>
        </w:rPr>
        <w:t xml:space="preserve"> Формируемая компетенция: ПК 2.2, ОК 02</w:t>
      </w:r>
      <w:r w:rsidRPr="00991850">
        <w:rPr>
          <w:i/>
          <w:lang w:val="ru-RU"/>
        </w:rPr>
        <w:br/>
        <w:t>Тип: комбинированный с выбором нескольких вариантов ответа из предложенных и развернутым обоснованием выбора. Время выполнения: 3–5 минут</w:t>
      </w:r>
    </w:p>
    <w:p w14:paraId="0274D5B1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предложенным текстом. Выберите два правильных ответа из предложенных вариантов. В поле для обоснования письменно докажите свой выбор (в 3–4 предложениях), используя стандарты доступности интерфейсов для лиц с нарушениями зрения.</w:t>
      </w:r>
    </w:p>
    <w:p w14:paraId="5736A5CA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Какие два правила оформления интерфейсной графики мультимедийных презентаций являются обязательными для обеспечения доступности информации слабовидящим пользователям?</w:t>
      </w:r>
      <w:r w:rsidRPr="00991850">
        <w:rPr>
          <w:sz w:val="22"/>
          <w:lang w:val="ru-RU"/>
        </w:rPr>
        <w:br/>
        <w:t>А) Использование не менее 10 различных ярких цветов на одном слайде для привлечения внимания.</w:t>
      </w:r>
      <w:r w:rsidRPr="00991850">
        <w:rPr>
          <w:sz w:val="22"/>
          <w:lang w:val="ru-RU"/>
        </w:rPr>
        <w:br/>
        <w:t>Б) Высокая контрастность между текстом и фоном (например, белый или желтый текст на темно-синем фоне).</w:t>
      </w:r>
      <w:r w:rsidRPr="00991850">
        <w:rPr>
          <w:sz w:val="22"/>
          <w:lang w:val="ru-RU"/>
        </w:rPr>
        <w:br/>
        <w:t>В) Текстовое дублирование (альтернативный текст) или звуковое описание важной графической информации.</w:t>
      </w:r>
      <w:r w:rsidRPr="00991850">
        <w:rPr>
          <w:sz w:val="22"/>
          <w:lang w:val="ru-RU"/>
        </w:rPr>
        <w:br/>
        <w:t>Г) Полный отказ от использования текстовых надписей на слайдах и переход исключительно к абстрактной графике.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01733F98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8322F4" w14:textId="77777777" w:rsidR="009F22A0" w:rsidRDefault="00991850">
            <w:proofErr w:type="spellStart"/>
            <w:r>
              <w:rPr>
                <w:b/>
              </w:rPr>
              <w:t>Выбранный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ответ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E0E30D" w14:textId="77777777" w:rsidR="009F22A0" w:rsidRDefault="009F22A0"/>
        </w:tc>
      </w:tr>
      <w:tr w:rsidR="009F22A0" w14:paraId="2B197E22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5B63D7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11FCBB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0C089CEC" w14:textId="77777777" w:rsidR="009F22A0" w:rsidRDefault="009F22A0">
      <w:pPr>
        <w:spacing w:after="240"/>
      </w:pPr>
    </w:p>
    <w:p w14:paraId="4178B08C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6.</w:t>
      </w:r>
      <w:r w:rsidRPr="00991850">
        <w:rPr>
          <w:i/>
          <w:lang w:val="ru-RU"/>
        </w:rPr>
        <w:t xml:space="preserve"> Формируемая компетенция: ПК 2.3</w:t>
      </w:r>
      <w:r w:rsidRPr="00991850">
        <w:rPr>
          <w:i/>
          <w:lang w:val="ru-RU"/>
        </w:rPr>
        <w:br/>
        <w:t>Тип: закрытый на установление соответствия. Время выполнения: 3–5 минут</w:t>
      </w:r>
    </w:p>
    <w:p w14:paraId="4E19C825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Установите соответствие между базовыми терминами реляционных баз данных и их функциональным назначением.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</w:p>
    <w:p w14:paraId="4E2012C0" w14:textId="77777777" w:rsidR="009F22A0" w:rsidRPr="00991850" w:rsidRDefault="00991850">
      <w:pPr>
        <w:spacing w:after="8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Столбец 1 (Термин):</w:t>
      </w:r>
      <w:r w:rsidRPr="00991850">
        <w:rPr>
          <w:sz w:val="22"/>
          <w:lang w:val="ru-RU"/>
        </w:rPr>
        <w:br/>
        <w:t>1) Первичный ключ (</w:t>
      </w:r>
      <w:r>
        <w:rPr>
          <w:sz w:val="22"/>
        </w:rPr>
        <w:t>Primary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Key</w:t>
      </w:r>
      <w:r w:rsidRPr="00991850">
        <w:rPr>
          <w:sz w:val="22"/>
          <w:lang w:val="ru-RU"/>
        </w:rPr>
        <w:t>)</w:t>
      </w:r>
      <w:r w:rsidRPr="00991850">
        <w:rPr>
          <w:sz w:val="22"/>
          <w:lang w:val="ru-RU"/>
        </w:rPr>
        <w:br/>
        <w:t xml:space="preserve">2) Оператор </w:t>
      </w:r>
      <w:r>
        <w:rPr>
          <w:sz w:val="22"/>
        </w:rPr>
        <w:t>SELECT</w:t>
      </w:r>
      <w:r w:rsidRPr="00991850">
        <w:rPr>
          <w:sz w:val="22"/>
          <w:lang w:val="ru-RU"/>
        </w:rPr>
        <w:br/>
        <w:t xml:space="preserve">3) Ключевое слово </w:t>
      </w:r>
      <w:r>
        <w:rPr>
          <w:sz w:val="22"/>
        </w:rPr>
        <w:t>WHERE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9F22A0" w14:paraId="2A489CCF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C2B63" w14:textId="77777777" w:rsidR="009F22A0" w:rsidRDefault="00991850">
            <w:proofErr w:type="spellStart"/>
            <w:r>
              <w:rPr>
                <w:b/>
              </w:rPr>
              <w:t>Элемент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99546D" w14:textId="77777777" w:rsidR="009F22A0" w:rsidRDefault="00991850">
            <w:r>
              <w:rPr>
                <w:b/>
              </w:rPr>
              <w:t>Элемент 2 (Варианты)</w:t>
            </w:r>
          </w:p>
        </w:tc>
      </w:tr>
      <w:tr w:rsidR="009F22A0" w:rsidRPr="00F910E5" w14:paraId="37119F8E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B4886B" w14:textId="77777777" w:rsidR="009F22A0" w:rsidRDefault="00991850">
            <w:pPr>
              <w:spacing w:after="40"/>
            </w:pPr>
            <w:r>
              <w:rPr>
                <w:sz w:val="20"/>
              </w:rPr>
              <w:t>1) Первичный ключ (Primary Key)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234D5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 xml:space="preserve">А) Языковой оператор </w:t>
            </w:r>
            <w:r>
              <w:rPr>
                <w:sz w:val="20"/>
              </w:rPr>
              <w:t>SQL</w:t>
            </w:r>
            <w:r w:rsidRPr="00991850">
              <w:rPr>
                <w:sz w:val="20"/>
                <w:lang w:val="ru-RU"/>
              </w:rPr>
              <w:t>, используемый для создания запроса на выборку и извлечение данных из одной или нескольких таблиц базы данных.</w:t>
            </w:r>
          </w:p>
        </w:tc>
      </w:tr>
      <w:tr w:rsidR="009F22A0" w:rsidRPr="00F910E5" w14:paraId="256CDF8A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2CBB3" w14:textId="77777777" w:rsidR="009F22A0" w:rsidRDefault="00991850">
            <w:pPr>
              <w:spacing w:after="40"/>
            </w:pPr>
            <w:r>
              <w:rPr>
                <w:sz w:val="20"/>
              </w:rPr>
              <w:t xml:space="preserve">2) </w:t>
            </w:r>
            <w:proofErr w:type="spellStart"/>
            <w:r>
              <w:rPr>
                <w:sz w:val="20"/>
              </w:rPr>
              <w:t>Оператор</w:t>
            </w:r>
            <w:proofErr w:type="spellEnd"/>
            <w:r>
              <w:rPr>
                <w:sz w:val="20"/>
              </w:rPr>
              <w:t xml:space="preserve"> SELECT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D65F2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Б) Уникальное поле в таблице, значение которого не повторяется в строках и однозначно идентифицирует каждую запись.</w:t>
            </w:r>
          </w:p>
        </w:tc>
      </w:tr>
      <w:tr w:rsidR="009F22A0" w:rsidRPr="00F910E5" w14:paraId="6AAD3AC9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C876D1" w14:textId="77777777" w:rsidR="009F22A0" w:rsidRDefault="00991850">
            <w:pPr>
              <w:spacing w:after="40"/>
            </w:pPr>
            <w:r>
              <w:rPr>
                <w:sz w:val="20"/>
              </w:rPr>
              <w:t xml:space="preserve">3) </w:t>
            </w:r>
            <w:proofErr w:type="spellStart"/>
            <w:r>
              <w:rPr>
                <w:sz w:val="20"/>
              </w:rPr>
              <w:t>Ключевое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слово</w:t>
            </w:r>
            <w:proofErr w:type="spellEnd"/>
            <w:r>
              <w:rPr>
                <w:sz w:val="20"/>
              </w:rPr>
              <w:t xml:space="preserve"> WHERE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306EC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 xml:space="preserve">В) Ключевое слово в </w:t>
            </w:r>
            <w:r>
              <w:rPr>
                <w:sz w:val="20"/>
              </w:rPr>
              <w:t>SQL</w:t>
            </w:r>
            <w:r w:rsidRPr="00991850">
              <w:rPr>
                <w:sz w:val="20"/>
                <w:lang w:val="ru-RU"/>
              </w:rPr>
              <w:t>-запросе выборки, предназначенное для фильтрации строк и отбора записей по заданному условию.</w:t>
            </w:r>
          </w:p>
        </w:tc>
      </w:tr>
    </w:tbl>
    <w:p w14:paraId="12B533EC" w14:textId="77777777" w:rsidR="009F22A0" w:rsidRPr="00991850" w:rsidRDefault="009F22A0">
      <w:pPr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5040"/>
      </w:tblGrid>
      <w:tr w:rsidR="009F22A0" w14:paraId="76E20103" w14:textId="77777777">
        <w:tc>
          <w:tcPr>
            <w:tcW w:w="2880" w:type="dxa"/>
          </w:tcPr>
          <w:p w14:paraId="4C95A4B9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DD2BB2" w14:textId="77777777" w:rsidR="009F22A0" w:rsidRDefault="00991850">
            <w:r>
              <w:rPr>
                <w:sz w:val="22"/>
              </w:rPr>
              <w:t>1 — _____,  2 — _____,  3 — _____</w:t>
            </w:r>
          </w:p>
        </w:tc>
      </w:tr>
    </w:tbl>
    <w:p w14:paraId="574DB684" w14:textId="77777777" w:rsidR="009F22A0" w:rsidRDefault="009F22A0">
      <w:pPr>
        <w:spacing w:after="240"/>
      </w:pPr>
    </w:p>
    <w:p w14:paraId="5B5FCB7B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7.</w:t>
      </w:r>
      <w:r w:rsidRPr="00991850">
        <w:rPr>
          <w:i/>
          <w:lang w:val="ru-RU"/>
        </w:rPr>
        <w:t xml:space="preserve"> Формируемая компетенция: ПК 1.2</w:t>
      </w:r>
      <w:r w:rsidRPr="00991850">
        <w:rPr>
          <w:i/>
          <w:lang w:val="ru-RU"/>
        </w:rPr>
        <w:br/>
        <w:t>Тип: закрытый на установление последовательности. Время выполнения: 3–5 минут</w:t>
      </w:r>
    </w:p>
    <w:p w14:paraId="050E0C3F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Расположите действия пользователя при создании формулы в электронных таблицах </w:t>
      </w:r>
      <w:r>
        <w:rPr>
          <w:sz w:val="22"/>
        </w:rPr>
        <w:t>MS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Excel</w:t>
      </w:r>
      <w:r w:rsidRPr="00991850">
        <w:rPr>
          <w:sz w:val="22"/>
          <w:lang w:val="ru-RU"/>
        </w:rPr>
        <w:t xml:space="preserve"> / Р7-Офис с абсолютной адресацией ячейки в правильном технологическом порядке. В поле для ответа запишите последовательность букв без пробелов и знаков препинания.</w:t>
      </w:r>
    </w:p>
    <w:p w14:paraId="06F88935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А) Ввести знак математической операции (например, умножение) и адрес второго аргумента, после чего нажать клавишу </w:t>
      </w:r>
      <w:r>
        <w:rPr>
          <w:sz w:val="22"/>
        </w:rPr>
        <w:t>Enter</w:t>
      </w:r>
      <w:r w:rsidRPr="00991850">
        <w:rPr>
          <w:sz w:val="22"/>
          <w:lang w:val="ru-RU"/>
        </w:rPr>
        <w:t>.</w:t>
      </w:r>
      <w:r w:rsidRPr="00991850">
        <w:rPr>
          <w:sz w:val="22"/>
          <w:lang w:val="ru-RU"/>
        </w:rPr>
        <w:br/>
        <w:t xml:space="preserve">Б) Нажать клавишу </w:t>
      </w:r>
      <w:r>
        <w:rPr>
          <w:sz w:val="22"/>
        </w:rPr>
        <w:t>F</w:t>
      </w:r>
      <w:r w:rsidRPr="00991850">
        <w:rPr>
          <w:sz w:val="22"/>
          <w:lang w:val="ru-RU"/>
        </w:rPr>
        <w:t>4 на клавиатуре для установки знаков доллара ($) перед именем столбца и номером строки (фиксация адреса ячейки).</w:t>
      </w:r>
      <w:r w:rsidRPr="00991850">
        <w:rPr>
          <w:sz w:val="22"/>
          <w:lang w:val="ru-RU"/>
        </w:rPr>
        <w:br/>
        <w:t>В) Выделить ячейку, в которой должен отображаться результат вычислений, и ввести с клавиатуры знак равенства (=).</w:t>
      </w:r>
      <w:r w:rsidRPr="00991850">
        <w:rPr>
          <w:sz w:val="22"/>
          <w:lang w:val="ru-RU"/>
        </w:rPr>
        <w:br/>
        <w:t>Г) Кликнуть левой кнопкой мыши по ячейке, адрес которой необходимо использовать в качестве первого (фиксированного) аргумента формулы.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3600"/>
      </w:tblGrid>
      <w:tr w:rsidR="009F22A0" w14:paraId="4B245D58" w14:textId="77777777">
        <w:tc>
          <w:tcPr>
            <w:tcW w:w="2880" w:type="dxa"/>
          </w:tcPr>
          <w:p w14:paraId="07B47233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DCDFE" w14:textId="77777777" w:rsidR="009F22A0" w:rsidRDefault="009F22A0">
            <w:pPr>
              <w:jc w:val="center"/>
            </w:pPr>
          </w:p>
        </w:tc>
      </w:tr>
    </w:tbl>
    <w:p w14:paraId="4D1DCB2A" w14:textId="77777777" w:rsidR="009F22A0" w:rsidRDefault="009F22A0">
      <w:pPr>
        <w:spacing w:after="240"/>
      </w:pPr>
    </w:p>
    <w:p w14:paraId="0B07EE11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8.</w:t>
      </w:r>
      <w:r w:rsidRPr="00991850">
        <w:rPr>
          <w:i/>
          <w:lang w:val="ru-RU"/>
        </w:rPr>
        <w:t xml:space="preserve"> Формируемая компетенция: ПК 1.1</w:t>
      </w:r>
      <w:r w:rsidRPr="00991850">
        <w:rPr>
          <w:i/>
          <w:lang w:val="ru-RU"/>
        </w:rPr>
        <w:br/>
        <w:t>Тип: открытый с развернутым ответом. Время выполнения: 5–7 минут</w:t>
      </w:r>
    </w:p>
    <w:p w14:paraId="4A44B38E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Прочитайте вопрос. Напишите короткий связный ответ объёмом 3–4 предложения.</w:t>
      </w:r>
    </w:p>
    <w:p w14:paraId="48A91CF6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Объясните разницу между полным (</w:t>
      </w:r>
      <w:r>
        <w:rPr>
          <w:sz w:val="22"/>
        </w:rPr>
        <w:t>Full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Backup</w:t>
      </w:r>
      <w:r w:rsidRPr="00991850">
        <w:rPr>
          <w:sz w:val="22"/>
          <w:lang w:val="ru-RU"/>
        </w:rPr>
        <w:t>) и инкрементным резервным копированием данных. В каких ситуациях с точки зрения экономии дискового пространства и времени рационально использовать именно инкрементный тип бэкапа?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9F22A0" w:rsidRPr="00F910E5" w14:paraId="27BB7A30" w14:textId="77777777">
        <w:trPr>
          <w:jc w:val="center"/>
        </w:trPr>
        <w:tc>
          <w:tcPr>
            <w:tcW w:w="936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AC8E30F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b/>
                <w:lang w:val="ru-RU"/>
              </w:rPr>
              <w:t>Поле для ответа (заполняется студентом развернуто):</w:t>
            </w:r>
          </w:p>
        </w:tc>
      </w:tr>
      <w:tr w:rsidR="009F22A0" w:rsidRPr="00F910E5" w14:paraId="07B1733C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E4B3EB4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  <w:tr w:rsidR="009F22A0" w:rsidRPr="00F910E5" w14:paraId="026AB343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D9E713B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</w:tbl>
    <w:p w14:paraId="526BC81D" w14:textId="77777777" w:rsidR="009F22A0" w:rsidRPr="00991850" w:rsidRDefault="009F22A0">
      <w:pPr>
        <w:spacing w:after="240"/>
        <w:rPr>
          <w:lang w:val="ru-RU"/>
        </w:rPr>
      </w:pPr>
    </w:p>
    <w:p w14:paraId="0BE8D1EA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9.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комбинированный с выбором одного верного ответа из трех предложенных и обоснованием выбора. Время выполнения: 3–4 минуты</w:t>
      </w:r>
    </w:p>
    <w:p w14:paraId="7DC9AC29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вопросом. Выберите один правильный вариант ответа из трех предложенных, а затем в поле для обоснования коротко (в 1–2 предложениях) объясните свой выбор.</w:t>
      </w:r>
    </w:p>
    <w:p w14:paraId="3CDE9CE7" w14:textId="77777777" w:rsidR="009F22A0" w:rsidRDefault="00991850">
      <w:pPr>
        <w:spacing w:after="160"/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Какой поисковый оператор используется в современных поисковых системах (Яндекс, </w:t>
      </w:r>
      <w:r>
        <w:rPr>
          <w:sz w:val="22"/>
        </w:rPr>
        <w:t>Google</w:t>
      </w:r>
      <w:r w:rsidRPr="00991850">
        <w:rPr>
          <w:sz w:val="22"/>
          <w:lang w:val="ru-RU"/>
        </w:rPr>
        <w:t>) для нахождения веб-страниц, содержащих строго точную поисковую фразу в неизменном виде?</w:t>
      </w:r>
      <w:r w:rsidRPr="00991850">
        <w:rPr>
          <w:sz w:val="22"/>
          <w:lang w:val="ru-RU"/>
        </w:rPr>
        <w:br/>
      </w:r>
      <w:r>
        <w:rPr>
          <w:sz w:val="22"/>
        </w:rPr>
        <w:t xml:space="preserve">А) </w:t>
      </w:r>
      <w:proofErr w:type="spellStart"/>
      <w:r>
        <w:rPr>
          <w:sz w:val="22"/>
        </w:rPr>
        <w:t>Знак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процента</w:t>
      </w:r>
      <w:proofErr w:type="spellEnd"/>
      <w:r>
        <w:rPr>
          <w:sz w:val="22"/>
        </w:rPr>
        <w:t xml:space="preserve"> %</w:t>
      </w:r>
      <w:r>
        <w:rPr>
          <w:sz w:val="22"/>
        </w:rPr>
        <w:br/>
        <w:t>Б) Кавычки "..."</w:t>
      </w:r>
      <w:r>
        <w:rPr>
          <w:sz w:val="22"/>
        </w:rPr>
        <w:br/>
        <w:t>В) Знак плюс +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1D91C7A0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61512" w14:textId="77777777" w:rsidR="009F22A0" w:rsidRDefault="00991850">
            <w:r>
              <w:rPr>
                <w:b/>
              </w:rPr>
              <w:t>Выбранный ответ: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D33480" w14:textId="77777777" w:rsidR="009F22A0" w:rsidRDefault="009F22A0"/>
        </w:tc>
      </w:tr>
      <w:tr w:rsidR="009F22A0" w14:paraId="7A4E4E04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416A5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05A9C2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2913E7CA" w14:textId="77777777" w:rsidR="009F22A0" w:rsidRDefault="009F22A0">
      <w:pPr>
        <w:spacing w:after="240"/>
      </w:pPr>
    </w:p>
    <w:p w14:paraId="7BAFFF6E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10.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комбинированный с выбором нескольких вариантов ответа из предложенных и развернутым обоснованием выбора. Время выполнения: 3–4 минуты</w:t>
      </w:r>
    </w:p>
    <w:p w14:paraId="29E71101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вопросом. Выберите два правильных варианта ответа из четырех предложенных. В поле для обоснования коротко (в 1–2 предложениях) объясните свой выбор.</w:t>
      </w:r>
    </w:p>
    <w:p w14:paraId="20841886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Какие две компьютерные технологии являются наиболее важными для обеспечения возможности самостоятельного обучения и эффективной профессиональной работы незрячего оператора информационных систем?</w:t>
      </w:r>
      <w:r w:rsidRPr="00991850">
        <w:rPr>
          <w:sz w:val="22"/>
          <w:lang w:val="ru-RU"/>
        </w:rPr>
        <w:br/>
        <w:t>А) Программы экранного доступа (</w:t>
      </w:r>
      <w:proofErr w:type="spellStart"/>
      <w:r w:rsidRPr="00991850">
        <w:rPr>
          <w:sz w:val="22"/>
          <w:lang w:val="ru-RU"/>
        </w:rPr>
        <w:t>скринридеры</w:t>
      </w:r>
      <w:proofErr w:type="spellEnd"/>
      <w:r w:rsidRPr="00991850">
        <w:rPr>
          <w:sz w:val="22"/>
          <w:lang w:val="ru-RU"/>
        </w:rPr>
        <w:t xml:space="preserve">), такие как </w:t>
      </w:r>
      <w:r>
        <w:rPr>
          <w:sz w:val="22"/>
        </w:rPr>
        <w:t>NVDA</w:t>
      </w:r>
      <w:r w:rsidRPr="00991850">
        <w:rPr>
          <w:sz w:val="22"/>
          <w:lang w:val="ru-RU"/>
        </w:rPr>
        <w:t xml:space="preserve"> или </w:t>
      </w:r>
      <w:r>
        <w:rPr>
          <w:sz w:val="22"/>
        </w:rPr>
        <w:t>JAWS</w:t>
      </w:r>
      <w:r w:rsidRPr="00991850">
        <w:rPr>
          <w:sz w:val="22"/>
          <w:lang w:val="ru-RU"/>
        </w:rPr>
        <w:t>.</w:t>
      </w:r>
      <w:r w:rsidRPr="00991850">
        <w:rPr>
          <w:sz w:val="22"/>
          <w:lang w:val="ru-RU"/>
        </w:rPr>
        <w:br/>
        <w:t>Б) Технологии оптического распознавания символов (</w:t>
      </w:r>
      <w:r>
        <w:rPr>
          <w:sz w:val="22"/>
        </w:rPr>
        <w:t>OCR</w:t>
      </w:r>
      <w:r w:rsidRPr="00991850">
        <w:rPr>
          <w:sz w:val="22"/>
          <w:lang w:val="ru-RU"/>
        </w:rPr>
        <w:t>) для преобразования сканированных бумажных документов в цифровой текстовый формат.</w:t>
      </w:r>
      <w:r w:rsidRPr="00991850">
        <w:rPr>
          <w:sz w:val="22"/>
          <w:lang w:val="ru-RU"/>
        </w:rPr>
        <w:br/>
        <w:t xml:space="preserve">В) Программы циклического переключения между открытыми окнами запущенных приложений (комбинация клавиш </w:t>
      </w:r>
      <w:r>
        <w:rPr>
          <w:sz w:val="22"/>
        </w:rPr>
        <w:t>Alt</w:t>
      </w:r>
      <w:r w:rsidRPr="00991850">
        <w:rPr>
          <w:sz w:val="22"/>
          <w:lang w:val="ru-RU"/>
        </w:rPr>
        <w:t>+</w:t>
      </w:r>
      <w:r>
        <w:rPr>
          <w:sz w:val="22"/>
        </w:rPr>
        <w:t>Tab</w:t>
      </w:r>
      <w:r w:rsidRPr="00991850">
        <w:rPr>
          <w:sz w:val="22"/>
          <w:lang w:val="ru-RU"/>
        </w:rPr>
        <w:t>).</w:t>
      </w:r>
      <w:r w:rsidRPr="00991850">
        <w:rPr>
          <w:sz w:val="22"/>
          <w:lang w:val="ru-RU"/>
        </w:rPr>
        <w:br/>
        <w:t xml:space="preserve">Г) Графические системные утилиты создания снимков фрагментов экрана (утилита 'Ножницы', </w:t>
      </w:r>
      <w:r>
        <w:rPr>
          <w:sz w:val="22"/>
        </w:rPr>
        <w:t>Win</w:t>
      </w:r>
      <w:r w:rsidRPr="00991850">
        <w:rPr>
          <w:sz w:val="22"/>
          <w:lang w:val="ru-RU"/>
        </w:rPr>
        <w:t>+</w:t>
      </w:r>
      <w:r>
        <w:rPr>
          <w:sz w:val="22"/>
        </w:rPr>
        <w:t>Shift</w:t>
      </w:r>
      <w:r w:rsidRPr="00991850">
        <w:rPr>
          <w:sz w:val="22"/>
          <w:lang w:val="ru-RU"/>
        </w:rPr>
        <w:t>+</w:t>
      </w:r>
      <w:r>
        <w:rPr>
          <w:sz w:val="22"/>
        </w:rPr>
        <w:t>S</w:t>
      </w:r>
      <w:r w:rsidRPr="00991850">
        <w:rPr>
          <w:sz w:val="22"/>
          <w:lang w:val="ru-RU"/>
        </w:rPr>
        <w:t>).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5FA845A7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AD9943" w14:textId="77777777" w:rsidR="009F22A0" w:rsidRDefault="00991850">
            <w:r>
              <w:rPr>
                <w:b/>
              </w:rPr>
              <w:t>Выбранный ответ: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D44E1" w14:textId="77777777" w:rsidR="009F22A0" w:rsidRDefault="009F22A0"/>
        </w:tc>
      </w:tr>
      <w:tr w:rsidR="009F22A0" w14:paraId="771A87B1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4F04F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3DBF7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4FD47FE5" w14:textId="77777777" w:rsidR="009F22A0" w:rsidRDefault="009F22A0">
      <w:pPr>
        <w:spacing w:after="240"/>
      </w:pPr>
    </w:p>
    <w:p w14:paraId="263B51EE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11.</w:t>
      </w:r>
      <w:r w:rsidRPr="00991850">
        <w:rPr>
          <w:i/>
          <w:lang w:val="ru-RU"/>
        </w:rPr>
        <w:t xml:space="preserve"> Формируемая компетенция: ПК 1.1</w:t>
      </w:r>
      <w:r w:rsidRPr="00991850">
        <w:rPr>
          <w:i/>
          <w:lang w:val="ru-RU"/>
        </w:rPr>
        <w:br/>
        <w:t>Тип: закрытый на установление последовательности. Время выполнения: 2–3 минуты</w:t>
      </w:r>
    </w:p>
    <w:p w14:paraId="4CC2D3DA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Расположите действия пользователя по созданию нового архивного файла с помощью программы-архиватора 7-</w:t>
      </w:r>
      <w:r>
        <w:rPr>
          <w:sz w:val="22"/>
        </w:rPr>
        <w:t>Zip</w:t>
      </w:r>
      <w:r w:rsidRPr="00991850">
        <w:rPr>
          <w:sz w:val="22"/>
          <w:lang w:val="ru-RU"/>
        </w:rPr>
        <w:t xml:space="preserve"> в правильном хронологическом порядке. В поле для ответа запишите последовательность букв без пробелов и знаков препинания.</w:t>
      </w:r>
    </w:p>
    <w:p w14:paraId="69463B78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А) Кликнуть правой кнопкой мыши по выделенным элементам для вызова системного контекстного меню Проводника.</w:t>
      </w:r>
      <w:r w:rsidRPr="00991850">
        <w:rPr>
          <w:sz w:val="22"/>
          <w:lang w:val="ru-RU"/>
        </w:rPr>
        <w:br/>
        <w:t>Б) В окне настроек архивации выбрать формат архива (.7</w:t>
      </w:r>
      <w:r>
        <w:rPr>
          <w:sz w:val="22"/>
        </w:rPr>
        <w:t>z</w:t>
      </w:r>
      <w:r w:rsidRPr="00991850">
        <w:rPr>
          <w:sz w:val="22"/>
          <w:lang w:val="ru-RU"/>
        </w:rPr>
        <w:t>), задать имя архива и, при необходимости, ввести пароль, затем нажать кнопку "ОК".</w:t>
      </w:r>
      <w:r w:rsidRPr="00991850">
        <w:rPr>
          <w:sz w:val="22"/>
          <w:lang w:val="ru-RU"/>
        </w:rPr>
        <w:br/>
        <w:t>В) Перейти в пункт контекстного меню "7-</w:t>
      </w:r>
      <w:r>
        <w:rPr>
          <w:sz w:val="22"/>
        </w:rPr>
        <w:t>Zip</w:t>
      </w:r>
      <w:r w:rsidRPr="00991850">
        <w:rPr>
          <w:sz w:val="22"/>
          <w:lang w:val="ru-RU"/>
        </w:rPr>
        <w:t>" и выбрать команду "Добавить к архиву...".</w:t>
      </w:r>
      <w:r w:rsidRPr="00991850">
        <w:rPr>
          <w:sz w:val="22"/>
          <w:lang w:val="ru-RU"/>
        </w:rPr>
        <w:br/>
        <w:t>Г) Выделить в Проводнике файлы и папки, которые требуется упаковать и сжать.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3600"/>
      </w:tblGrid>
      <w:tr w:rsidR="009F22A0" w14:paraId="15C6A98C" w14:textId="77777777">
        <w:tc>
          <w:tcPr>
            <w:tcW w:w="2880" w:type="dxa"/>
          </w:tcPr>
          <w:p w14:paraId="46644C4D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FFA6C" w14:textId="77777777" w:rsidR="009F22A0" w:rsidRDefault="009F22A0">
            <w:pPr>
              <w:jc w:val="center"/>
            </w:pPr>
          </w:p>
        </w:tc>
      </w:tr>
    </w:tbl>
    <w:p w14:paraId="01632F10" w14:textId="77777777" w:rsidR="009F22A0" w:rsidRDefault="009F22A0">
      <w:pPr>
        <w:spacing w:after="240"/>
      </w:pPr>
    </w:p>
    <w:p w14:paraId="55112C10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12.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закрытый на установление соответствия. Время выполнения: 3–4 минуты</w:t>
      </w:r>
    </w:p>
    <w:p w14:paraId="0ED444F2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Установите соответствие между классами прикладного программного обеспечения и конкретными программными продуктами.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</w:p>
    <w:p w14:paraId="0065C2C6" w14:textId="77777777" w:rsidR="009F22A0" w:rsidRPr="00991850" w:rsidRDefault="00991850">
      <w:pPr>
        <w:spacing w:after="8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Столбец 1 (Класс ПО):</w:t>
      </w:r>
      <w:r w:rsidRPr="00991850">
        <w:rPr>
          <w:sz w:val="22"/>
          <w:lang w:val="ru-RU"/>
        </w:rPr>
        <w:br/>
        <w:t>1) Веб-браузер</w:t>
      </w:r>
      <w:r w:rsidRPr="00991850">
        <w:rPr>
          <w:sz w:val="22"/>
          <w:lang w:val="ru-RU"/>
        </w:rPr>
        <w:br/>
        <w:t>2) СУБД (Система управления базами данных)</w:t>
      </w:r>
      <w:r w:rsidRPr="00991850">
        <w:rPr>
          <w:sz w:val="22"/>
          <w:lang w:val="ru-RU"/>
        </w:rPr>
        <w:br/>
        <w:t>3) Текстовый процессор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9F22A0" w14:paraId="3E7D8234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DC4A6" w14:textId="77777777" w:rsidR="009F22A0" w:rsidRDefault="00991850">
            <w:proofErr w:type="spellStart"/>
            <w:r>
              <w:rPr>
                <w:b/>
              </w:rPr>
              <w:t>Элемент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E0046" w14:textId="77777777" w:rsidR="009F22A0" w:rsidRDefault="00991850">
            <w:r>
              <w:rPr>
                <w:b/>
              </w:rPr>
              <w:t>Элемент 2 (Варианты)</w:t>
            </w:r>
          </w:p>
        </w:tc>
      </w:tr>
      <w:tr w:rsidR="009F22A0" w14:paraId="067C5C49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8D9A2" w14:textId="77777777" w:rsidR="009F22A0" w:rsidRDefault="00991850">
            <w:pPr>
              <w:spacing w:after="40"/>
            </w:pPr>
            <w:r>
              <w:rPr>
                <w:sz w:val="20"/>
              </w:rPr>
              <w:t>1) Веб-браузер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C20666" w14:textId="77777777" w:rsidR="009F22A0" w:rsidRDefault="00991850">
            <w:pPr>
              <w:spacing w:after="40"/>
            </w:pPr>
            <w:r>
              <w:rPr>
                <w:sz w:val="20"/>
              </w:rPr>
              <w:t>А) SQLite</w:t>
            </w:r>
          </w:p>
        </w:tc>
      </w:tr>
      <w:tr w:rsidR="009F22A0" w:rsidRPr="00F910E5" w14:paraId="73DC56F7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D1F34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2) СУБД (Система управления базами данных)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3010F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 xml:space="preserve">Б) </w:t>
            </w:r>
            <w:r>
              <w:rPr>
                <w:sz w:val="20"/>
              </w:rPr>
              <w:t>Google</w:t>
            </w:r>
            <w:r w:rsidRPr="0099185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Chrome</w:t>
            </w:r>
            <w:r w:rsidRPr="00991850">
              <w:rPr>
                <w:sz w:val="20"/>
                <w:lang w:val="ru-RU"/>
              </w:rPr>
              <w:t xml:space="preserve"> / </w:t>
            </w:r>
            <w:proofErr w:type="spellStart"/>
            <w:r w:rsidRPr="00991850">
              <w:rPr>
                <w:sz w:val="20"/>
                <w:lang w:val="ru-RU"/>
              </w:rPr>
              <w:t>Яндекс.Браузер</w:t>
            </w:r>
            <w:proofErr w:type="spellEnd"/>
          </w:p>
        </w:tc>
      </w:tr>
      <w:tr w:rsidR="009F22A0" w14:paraId="6DBDBE74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13C9D" w14:textId="77777777" w:rsidR="009F22A0" w:rsidRDefault="00991850">
            <w:pPr>
              <w:spacing w:after="40"/>
            </w:pPr>
            <w:r>
              <w:rPr>
                <w:sz w:val="20"/>
              </w:rPr>
              <w:t xml:space="preserve">3) </w:t>
            </w:r>
            <w:proofErr w:type="spellStart"/>
            <w:r>
              <w:rPr>
                <w:sz w:val="20"/>
              </w:rPr>
              <w:t>Текстовый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процессор</w:t>
            </w:r>
            <w:proofErr w:type="spellEnd"/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7F3FC2" w14:textId="77777777" w:rsidR="009F22A0" w:rsidRDefault="00991850">
            <w:pPr>
              <w:spacing w:after="40"/>
            </w:pPr>
            <w:r>
              <w:rPr>
                <w:sz w:val="20"/>
              </w:rPr>
              <w:t>В) Microsoft Word / Р7-Офис</w:t>
            </w:r>
          </w:p>
        </w:tc>
      </w:tr>
    </w:tbl>
    <w:p w14:paraId="23406533" w14:textId="77777777" w:rsidR="009F22A0" w:rsidRDefault="009F22A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5040"/>
      </w:tblGrid>
      <w:tr w:rsidR="009F22A0" w14:paraId="5C3D46B1" w14:textId="77777777">
        <w:tc>
          <w:tcPr>
            <w:tcW w:w="2880" w:type="dxa"/>
          </w:tcPr>
          <w:p w14:paraId="78770F25" w14:textId="77777777" w:rsidR="009F22A0" w:rsidRDefault="00991850">
            <w:r>
              <w:rPr>
                <w:b/>
                <w:sz w:val="22"/>
              </w:rPr>
              <w:t>Поле для ответа: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CF26F" w14:textId="77777777" w:rsidR="009F22A0" w:rsidRDefault="00991850">
            <w:r>
              <w:rPr>
                <w:sz w:val="22"/>
              </w:rPr>
              <w:t>1 — _____,  2 — _____,  3 — _____</w:t>
            </w:r>
          </w:p>
        </w:tc>
      </w:tr>
    </w:tbl>
    <w:p w14:paraId="35CDE13F" w14:textId="77777777" w:rsidR="009F22A0" w:rsidRDefault="009F22A0">
      <w:pPr>
        <w:spacing w:after="240"/>
      </w:pPr>
    </w:p>
    <w:p w14:paraId="36470BC6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13.</w:t>
      </w:r>
      <w:r w:rsidRPr="00991850">
        <w:rPr>
          <w:i/>
          <w:lang w:val="ru-RU"/>
        </w:rPr>
        <w:t xml:space="preserve"> Формируемая компетенция: ПК 2.3</w:t>
      </w:r>
      <w:r w:rsidRPr="00991850">
        <w:rPr>
          <w:i/>
          <w:lang w:val="ru-RU"/>
        </w:rPr>
        <w:br/>
        <w:t>Тип: комбинированный с выбором одного верного ответа из трех предложенных и обоснованием выбора. Время выполнения: 3–4 минуты</w:t>
      </w:r>
    </w:p>
    <w:p w14:paraId="5E9B7542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Прочитайте вопрос. Выберите один правильный вариант ответа из трех предложенных, коротко (в 1–2 предложениях) объясните свой выбор.</w:t>
      </w:r>
    </w:p>
    <w:p w14:paraId="0CEE4603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Что представляет собой реляционная база данных (БД) в компьютерных технологиях?</w:t>
      </w:r>
      <w:r w:rsidRPr="00991850">
        <w:rPr>
          <w:sz w:val="22"/>
          <w:lang w:val="ru-RU"/>
        </w:rPr>
        <w:br/>
        <w:t>А) Произвольный текстовый файл Блокнота, содержащий фамилии сотрудников и сохраненный пользователем на Рабочем столе.</w:t>
      </w:r>
      <w:r w:rsidRPr="00991850">
        <w:rPr>
          <w:sz w:val="22"/>
          <w:lang w:val="ru-RU"/>
        </w:rPr>
        <w:br/>
        <w:t>Б) Совокупность структурированных и взаимосвязанных данных, организованных в виде двумерных таблиц с предопределенными связями.</w:t>
      </w:r>
      <w:r w:rsidRPr="00991850">
        <w:rPr>
          <w:sz w:val="22"/>
          <w:lang w:val="ru-RU"/>
        </w:rPr>
        <w:br/>
        <w:t>В) Папка с ярлыками наиболее часто используемых программ, баз данных и интернет-браузеров.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06C8D127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09D2F" w14:textId="77777777" w:rsidR="009F22A0" w:rsidRDefault="00991850">
            <w:proofErr w:type="spellStart"/>
            <w:r>
              <w:rPr>
                <w:b/>
              </w:rPr>
              <w:t>Выбранный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ответ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9AE17A" w14:textId="77777777" w:rsidR="009F22A0" w:rsidRDefault="009F22A0"/>
        </w:tc>
      </w:tr>
      <w:tr w:rsidR="009F22A0" w14:paraId="587E097C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C71C0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74AF83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763EAC2A" w14:textId="77777777" w:rsidR="009F22A0" w:rsidRDefault="009F22A0">
      <w:pPr>
        <w:spacing w:after="240"/>
      </w:pPr>
    </w:p>
    <w:p w14:paraId="5D5FCA75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14.</w:t>
      </w:r>
      <w:r w:rsidRPr="00991850">
        <w:rPr>
          <w:i/>
          <w:lang w:val="ru-RU"/>
        </w:rPr>
        <w:t xml:space="preserve"> Формируемая компетенция: ПК 2.1</w:t>
      </w:r>
      <w:r w:rsidRPr="00991850">
        <w:rPr>
          <w:i/>
          <w:lang w:val="ru-RU"/>
        </w:rPr>
        <w:br/>
        <w:t>Тип: комбинированный с выбором нескольких вариантов ответа из предложенных и развернутым обоснованием выбора. Время выполнения: 3–4 минуты</w:t>
      </w:r>
    </w:p>
    <w:p w14:paraId="3EE6C671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вопросом. Выберите два правильных варианта ответа из четырех предложенных. В поле для обоснования коротко (в 1–2 предложениях) объясните свой выбор своими словами.</w:t>
      </w:r>
    </w:p>
    <w:p w14:paraId="3657B205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Какие два утверждения точно характеризуют локальные компьютерные сети (</w:t>
      </w:r>
      <w:r>
        <w:rPr>
          <w:sz w:val="22"/>
        </w:rPr>
        <w:t>LAN</w:t>
      </w:r>
      <w:r w:rsidRPr="00991850">
        <w:rPr>
          <w:sz w:val="22"/>
          <w:lang w:val="ru-RU"/>
        </w:rPr>
        <w:t>) в отличие от глобальных компьютерных сетей (</w:t>
      </w:r>
      <w:r>
        <w:rPr>
          <w:sz w:val="22"/>
        </w:rPr>
        <w:t>WAN</w:t>
      </w:r>
      <w:r w:rsidRPr="00991850">
        <w:rPr>
          <w:sz w:val="22"/>
          <w:lang w:val="ru-RU"/>
        </w:rPr>
        <w:t>)?</w:t>
      </w:r>
      <w:r w:rsidRPr="00991850">
        <w:rPr>
          <w:sz w:val="22"/>
          <w:lang w:val="ru-RU"/>
        </w:rPr>
        <w:br/>
        <w:t>А) Локальная сеть объединяет компьютеры, расположенные на значительном расстоянии друг от друга (в разных городах и странах).</w:t>
      </w:r>
      <w:r w:rsidRPr="00991850">
        <w:rPr>
          <w:sz w:val="22"/>
          <w:lang w:val="ru-RU"/>
        </w:rPr>
        <w:br/>
        <w:t>Б) Локальная сеть обычно объединяет компьютеры в пределах ограниченного географического пространства (класс, офис, здание, дом).</w:t>
      </w:r>
      <w:r w:rsidRPr="00991850">
        <w:rPr>
          <w:sz w:val="22"/>
          <w:lang w:val="ru-RU"/>
        </w:rPr>
        <w:br/>
        <w:t>В) Локальные сети обладают высокой скоростью передачи данных (до 1 Гбит/с и выше) и администрируются единым локальным системным администратором.</w:t>
      </w:r>
      <w:r w:rsidRPr="00991850">
        <w:rPr>
          <w:sz w:val="22"/>
          <w:lang w:val="ru-RU"/>
        </w:rPr>
        <w:br/>
        <w:t>Г) Любая локальная сеть по стандартам ИТ функционирует без использования сетевых кабелей и проводных соединений.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045190E1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542E8" w14:textId="77777777" w:rsidR="009F22A0" w:rsidRDefault="00991850">
            <w:proofErr w:type="spellStart"/>
            <w:r>
              <w:rPr>
                <w:b/>
              </w:rPr>
              <w:t>Выбранный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ответ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496FF" w14:textId="77777777" w:rsidR="009F22A0" w:rsidRDefault="009F22A0"/>
        </w:tc>
      </w:tr>
      <w:tr w:rsidR="009F22A0" w14:paraId="332C5A79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FABDB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E0B929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4797A21B" w14:textId="77777777" w:rsidR="009F22A0" w:rsidRDefault="009F22A0">
      <w:pPr>
        <w:spacing w:after="240"/>
      </w:pPr>
    </w:p>
    <w:p w14:paraId="1F32D0F5" w14:textId="77777777" w:rsidR="009F22A0" w:rsidRDefault="00991850">
      <w:r>
        <w:br w:type="page"/>
      </w:r>
    </w:p>
    <w:p w14:paraId="7B871719" w14:textId="77777777" w:rsidR="009F22A0" w:rsidRDefault="00991850">
      <w:pPr>
        <w:pStyle w:val="21"/>
        <w:spacing w:before="360" w:after="240"/>
        <w:jc w:val="center"/>
      </w:pPr>
      <w:r>
        <w:rPr>
          <w:rFonts w:ascii="Times New Roman" w:hAnsi="Times New Roman"/>
        </w:rPr>
        <w:t>ВАРИАНТ 2</w:t>
      </w:r>
    </w:p>
    <w:p w14:paraId="088E20F5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закрытый на установление последовательности. Время выполнения: 3–5 минут</w:t>
      </w:r>
    </w:p>
    <w:p w14:paraId="4F9308AE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Расположите основные этапы загрузки персонального компьютера при его включении в правильной логической и технологической последовательности. В поле для ответа запишите последовательность букв без пробелов и знаков препинания.</w:t>
      </w:r>
    </w:p>
    <w:p w14:paraId="56C0E575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А) Передача управления загрузчику ОС на системном накопителе (</w:t>
      </w:r>
      <w:r>
        <w:rPr>
          <w:sz w:val="22"/>
        </w:rPr>
        <w:t>SSD</w:t>
      </w:r>
      <w:r w:rsidRPr="00991850">
        <w:rPr>
          <w:sz w:val="22"/>
          <w:lang w:val="ru-RU"/>
        </w:rPr>
        <w:t>/</w:t>
      </w:r>
      <w:r>
        <w:rPr>
          <w:sz w:val="22"/>
        </w:rPr>
        <w:t>HDD</w:t>
      </w:r>
      <w:r w:rsidRPr="00991850">
        <w:rPr>
          <w:sz w:val="22"/>
          <w:lang w:val="ru-RU"/>
        </w:rPr>
        <w:t>) и инициализация ядра операционной системы.</w:t>
      </w:r>
      <w:r w:rsidRPr="00991850">
        <w:rPr>
          <w:sz w:val="22"/>
          <w:lang w:val="ru-RU"/>
        </w:rPr>
        <w:br/>
        <w:t>Б) Подача электрического тока на материнскую плату и запуск базовой системы ввода-вывода (</w:t>
      </w:r>
      <w:r>
        <w:rPr>
          <w:sz w:val="22"/>
        </w:rPr>
        <w:t>BIOS</w:t>
      </w:r>
      <w:r w:rsidRPr="00991850">
        <w:rPr>
          <w:sz w:val="22"/>
          <w:lang w:val="ru-RU"/>
        </w:rPr>
        <w:t>/</w:t>
      </w:r>
      <w:r>
        <w:rPr>
          <w:sz w:val="22"/>
        </w:rPr>
        <w:t>UEFI</w:t>
      </w:r>
      <w:r w:rsidRPr="00991850">
        <w:rPr>
          <w:sz w:val="22"/>
          <w:lang w:val="ru-RU"/>
        </w:rPr>
        <w:t>).</w:t>
      </w:r>
      <w:r w:rsidRPr="00991850">
        <w:rPr>
          <w:sz w:val="22"/>
          <w:lang w:val="ru-RU"/>
        </w:rPr>
        <w:br/>
        <w:t xml:space="preserve">В) Загрузка графической оболочки </w:t>
      </w:r>
      <w:r>
        <w:rPr>
          <w:sz w:val="22"/>
        </w:rPr>
        <w:t>Windows</w:t>
      </w:r>
      <w:r w:rsidRPr="00991850">
        <w:rPr>
          <w:sz w:val="22"/>
          <w:lang w:val="ru-RU"/>
        </w:rPr>
        <w:t xml:space="preserve"> и отображение элементов Рабочего стола пользователя.</w:t>
      </w:r>
      <w:r w:rsidRPr="00991850">
        <w:rPr>
          <w:sz w:val="22"/>
          <w:lang w:val="ru-RU"/>
        </w:rPr>
        <w:br/>
        <w:t xml:space="preserve">Г) Выполнение процедуры аппаратного самотестирования ключевых устройств компьютера (тест </w:t>
      </w:r>
      <w:r>
        <w:rPr>
          <w:sz w:val="22"/>
        </w:rPr>
        <w:t>POST</w:t>
      </w:r>
      <w:r w:rsidRPr="00991850">
        <w:rPr>
          <w:sz w:val="22"/>
          <w:lang w:val="ru-RU"/>
        </w:rPr>
        <w:t>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3600"/>
      </w:tblGrid>
      <w:tr w:rsidR="009F22A0" w14:paraId="36632943" w14:textId="77777777">
        <w:tc>
          <w:tcPr>
            <w:tcW w:w="2880" w:type="dxa"/>
          </w:tcPr>
          <w:p w14:paraId="412FA913" w14:textId="77777777" w:rsidR="009F22A0" w:rsidRDefault="00991850">
            <w:r>
              <w:rPr>
                <w:b/>
                <w:sz w:val="22"/>
              </w:rPr>
              <w:t>Поле для ответа: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760322" w14:textId="77777777" w:rsidR="009F22A0" w:rsidRDefault="009F22A0">
            <w:pPr>
              <w:jc w:val="center"/>
            </w:pPr>
          </w:p>
        </w:tc>
      </w:tr>
    </w:tbl>
    <w:p w14:paraId="1532B720" w14:textId="77777777" w:rsidR="009F22A0" w:rsidRDefault="009F22A0">
      <w:pPr>
        <w:spacing w:after="240"/>
      </w:pPr>
    </w:p>
    <w:p w14:paraId="55A7FA8D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2.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закрытый на установление соответствия. Время выполнения: 3–5 минут</w:t>
      </w:r>
    </w:p>
    <w:p w14:paraId="2843C858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Установите соответствие между клавиатурными комбинациями (горячими клавишами) в операционной системе </w:t>
      </w:r>
      <w:r>
        <w:rPr>
          <w:sz w:val="22"/>
        </w:rPr>
        <w:t>Windows</w:t>
      </w:r>
      <w:r w:rsidRPr="00991850">
        <w:rPr>
          <w:sz w:val="22"/>
          <w:lang w:val="ru-RU"/>
        </w:rPr>
        <w:t xml:space="preserve"> и их функциональным назначением.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</w:p>
    <w:p w14:paraId="4B6998A2" w14:textId="77777777" w:rsidR="009F22A0" w:rsidRPr="00991850" w:rsidRDefault="00991850">
      <w:pPr>
        <w:spacing w:after="8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Столбец 1 (Горячие клавиши):</w:t>
      </w:r>
      <w:r w:rsidRPr="00991850">
        <w:rPr>
          <w:sz w:val="22"/>
          <w:lang w:val="ru-RU"/>
        </w:rPr>
        <w:br/>
        <w:t xml:space="preserve">1) </w:t>
      </w:r>
      <w:r>
        <w:rPr>
          <w:sz w:val="22"/>
        </w:rPr>
        <w:t>Alt</w:t>
      </w:r>
      <w:r w:rsidRPr="00991850">
        <w:rPr>
          <w:sz w:val="22"/>
          <w:lang w:val="ru-RU"/>
        </w:rPr>
        <w:t xml:space="preserve"> + </w:t>
      </w:r>
      <w:r>
        <w:rPr>
          <w:sz w:val="22"/>
        </w:rPr>
        <w:t>Tab</w:t>
      </w:r>
      <w:r w:rsidRPr="00991850">
        <w:rPr>
          <w:sz w:val="22"/>
          <w:lang w:val="ru-RU"/>
        </w:rPr>
        <w:br/>
        <w:t xml:space="preserve">2) </w:t>
      </w:r>
      <w:r>
        <w:rPr>
          <w:sz w:val="22"/>
        </w:rPr>
        <w:t>Win</w:t>
      </w:r>
      <w:r w:rsidRPr="00991850">
        <w:rPr>
          <w:sz w:val="22"/>
          <w:lang w:val="ru-RU"/>
        </w:rPr>
        <w:t xml:space="preserve"> + </w:t>
      </w:r>
      <w:r>
        <w:rPr>
          <w:sz w:val="22"/>
        </w:rPr>
        <w:t>Shift</w:t>
      </w:r>
      <w:r w:rsidRPr="00991850">
        <w:rPr>
          <w:sz w:val="22"/>
          <w:lang w:val="ru-RU"/>
        </w:rPr>
        <w:t xml:space="preserve"> + </w:t>
      </w:r>
      <w:r>
        <w:rPr>
          <w:sz w:val="22"/>
        </w:rPr>
        <w:t>S</w:t>
      </w:r>
      <w:r w:rsidRPr="00991850">
        <w:rPr>
          <w:sz w:val="22"/>
          <w:lang w:val="ru-RU"/>
        </w:rPr>
        <w:br/>
        <w:t xml:space="preserve">3) </w:t>
      </w:r>
      <w:r>
        <w:rPr>
          <w:sz w:val="22"/>
        </w:rPr>
        <w:t>Ctrl</w:t>
      </w:r>
      <w:r w:rsidRPr="00991850">
        <w:rPr>
          <w:sz w:val="22"/>
          <w:lang w:val="ru-RU"/>
        </w:rPr>
        <w:t xml:space="preserve"> + </w:t>
      </w:r>
      <w:r>
        <w:rPr>
          <w:sz w:val="22"/>
        </w:rPr>
        <w:t>Z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9F22A0" w14:paraId="4F9B2883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114F53" w14:textId="77777777" w:rsidR="009F22A0" w:rsidRDefault="00991850">
            <w:proofErr w:type="spellStart"/>
            <w:r>
              <w:rPr>
                <w:b/>
              </w:rPr>
              <w:t>Элемент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D0024" w14:textId="77777777" w:rsidR="009F22A0" w:rsidRDefault="00991850">
            <w:r>
              <w:rPr>
                <w:b/>
              </w:rPr>
              <w:t>Элемент 2 (Варианты)</w:t>
            </w:r>
          </w:p>
        </w:tc>
      </w:tr>
      <w:tr w:rsidR="009F22A0" w:rsidRPr="00F910E5" w14:paraId="32EC6190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E15B7" w14:textId="77777777" w:rsidR="009F22A0" w:rsidRDefault="00991850">
            <w:pPr>
              <w:spacing w:after="40"/>
            </w:pPr>
            <w:r>
              <w:rPr>
                <w:sz w:val="20"/>
              </w:rPr>
              <w:t>1) Alt + Tab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3C514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А) Отмена последнего выполненного действия в операционной системе или активной программе.</w:t>
            </w:r>
          </w:p>
        </w:tc>
      </w:tr>
      <w:tr w:rsidR="009F22A0" w:rsidRPr="00F910E5" w14:paraId="47F5AF03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7AE3A" w14:textId="77777777" w:rsidR="009F22A0" w:rsidRDefault="00991850">
            <w:pPr>
              <w:spacing w:after="40"/>
            </w:pPr>
            <w:r>
              <w:rPr>
                <w:sz w:val="20"/>
              </w:rPr>
              <w:t>2) Win + Shift + S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3A389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Б) Запуск встроенной системной утилиты 'Ножницы' для создания снимка произвольного фрагмента экрана.</w:t>
            </w:r>
          </w:p>
        </w:tc>
      </w:tr>
      <w:tr w:rsidR="009F22A0" w:rsidRPr="00F910E5" w14:paraId="6C75970E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7E3D3" w14:textId="77777777" w:rsidR="009F22A0" w:rsidRDefault="00991850">
            <w:pPr>
              <w:spacing w:after="40"/>
            </w:pPr>
            <w:r>
              <w:rPr>
                <w:sz w:val="20"/>
              </w:rPr>
              <w:t>3) Ctrl + Z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BF868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В) Быстрое циклическое переключение между открытыми окнами запущенных приложений.</w:t>
            </w:r>
          </w:p>
        </w:tc>
      </w:tr>
    </w:tbl>
    <w:p w14:paraId="7630D5CA" w14:textId="77777777" w:rsidR="009F22A0" w:rsidRPr="00991850" w:rsidRDefault="009F22A0">
      <w:pPr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5040"/>
      </w:tblGrid>
      <w:tr w:rsidR="009F22A0" w14:paraId="76A92E63" w14:textId="77777777">
        <w:tc>
          <w:tcPr>
            <w:tcW w:w="2880" w:type="dxa"/>
          </w:tcPr>
          <w:p w14:paraId="4A86A131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2A38D" w14:textId="77777777" w:rsidR="009F22A0" w:rsidRDefault="00991850">
            <w:r>
              <w:rPr>
                <w:sz w:val="22"/>
              </w:rPr>
              <w:t>1 — _____,  2 — _____,  3 — _____</w:t>
            </w:r>
          </w:p>
        </w:tc>
      </w:tr>
    </w:tbl>
    <w:p w14:paraId="536587D2" w14:textId="77777777" w:rsidR="009F22A0" w:rsidRDefault="009F22A0">
      <w:pPr>
        <w:spacing w:after="240"/>
      </w:pPr>
    </w:p>
    <w:p w14:paraId="791866DE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3.</w:t>
      </w:r>
      <w:r w:rsidRPr="00991850">
        <w:rPr>
          <w:i/>
          <w:lang w:val="ru-RU"/>
        </w:rPr>
        <w:t xml:space="preserve"> Формируемая компетенция: ПК 1.1, ОК 02</w:t>
      </w:r>
      <w:r w:rsidRPr="00991850">
        <w:rPr>
          <w:i/>
          <w:lang w:val="ru-RU"/>
        </w:rPr>
        <w:br/>
        <w:t>Тип: открытый с развернутым ответом. Время выполнения: 7–10 минут</w:t>
      </w:r>
    </w:p>
    <w:p w14:paraId="382F3BD9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Прочитайте вопрос и напишите связный, аргументированный ответ объёмом 5–7 предложений. Используйте терминологию программы.</w:t>
      </w:r>
    </w:p>
    <w:p w14:paraId="0717CE93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Раскройте понятие 'активный фокус ввода' в графическом интерфейсе операционной системы </w:t>
      </w:r>
      <w:r>
        <w:rPr>
          <w:sz w:val="22"/>
        </w:rPr>
        <w:t>Windows</w:t>
      </w:r>
      <w:r w:rsidRPr="00991850">
        <w:rPr>
          <w:sz w:val="22"/>
          <w:lang w:val="ru-RU"/>
        </w:rPr>
        <w:t>. Почему знание клавиатурных комбинаций (горячих клавиш) и способность уверенно удерживать и контролировать фокус ввода являются жизненно важными условиями для самостоятельной и эффективной работы незрячего оператора информационных систем?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9F22A0" w:rsidRPr="00F910E5" w14:paraId="74FDFB9B" w14:textId="77777777">
        <w:trPr>
          <w:jc w:val="center"/>
        </w:trPr>
        <w:tc>
          <w:tcPr>
            <w:tcW w:w="936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75C8F9B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b/>
                <w:lang w:val="ru-RU"/>
              </w:rPr>
              <w:t>Поле для ответа (заполняется студентом развернуто):</w:t>
            </w:r>
          </w:p>
        </w:tc>
      </w:tr>
      <w:tr w:rsidR="009F22A0" w:rsidRPr="00F910E5" w14:paraId="798D848B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EAA6264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  <w:tr w:rsidR="009F22A0" w:rsidRPr="00F910E5" w14:paraId="6396E00B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22D01E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  <w:tr w:rsidR="009F22A0" w:rsidRPr="00F910E5" w14:paraId="4F3FD6F3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E1DFB56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</w:tbl>
    <w:p w14:paraId="5F2617C5" w14:textId="77777777" w:rsidR="009F22A0" w:rsidRPr="00991850" w:rsidRDefault="009F22A0">
      <w:pPr>
        <w:spacing w:after="240"/>
        <w:rPr>
          <w:lang w:val="ru-RU"/>
        </w:rPr>
      </w:pPr>
    </w:p>
    <w:p w14:paraId="536AC532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4.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комбинированный с выбором одного верного ответа из 4-х предложенных и обоснованием выбора. Время выполнения: 2–3 минуты</w:t>
      </w:r>
    </w:p>
    <w:p w14:paraId="421BE6D5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предложенным вопросом. Выберите один правильный вариант ответа, в поле для обоснования письменно докажите свой выбор (в 2–3 предложениях), опираясь на знания об архитектуре персонального компьютера.</w:t>
      </w:r>
    </w:p>
    <w:p w14:paraId="437340C9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Какое аппаратное устройство персонального компьютера отвечает за долговременное энергонезависимое хранение операционной системы, установленных программ и файлов пользователя?</w:t>
      </w:r>
      <w:r w:rsidRPr="00991850">
        <w:rPr>
          <w:sz w:val="22"/>
          <w:lang w:val="ru-RU"/>
        </w:rPr>
        <w:br/>
        <w:t>А) Оперативная память (ОЗУ)</w:t>
      </w:r>
      <w:r w:rsidRPr="00991850">
        <w:rPr>
          <w:sz w:val="22"/>
          <w:lang w:val="ru-RU"/>
        </w:rPr>
        <w:br/>
        <w:t>Б) Твердотельный накопитель (</w:t>
      </w:r>
      <w:r>
        <w:rPr>
          <w:sz w:val="22"/>
        </w:rPr>
        <w:t>SSD</w:t>
      </w:r>
      <w:r w:rsidRPr="00991850">
        <w:rPr>
          <w:sz w:val="22"/>
          <w:lang w:val="ru-RU"/>
        </w:rPr>
        <w:t>) или жесткий диск (</w:t>
      </w:r>
      <w:r>
        <w:rPr>
          <w:sz w:val="22"/>
        </w:rPr>
        <w:t>HDD</w:t>
      </w:r>
      <w:r w:rsidRPr="00991850">
        <w:rPr>
          <w:sz w:val="22"/>
          <w:lang w:val="ru-RU"/>
        </w:rPr>
        <w:t>)</w:t>
      </w:r>
      <w:r w:rsidRPr="00991850">
        <w:rPr>
          <w:sz w:val="22"/>
          <w:lang w:val="ru-RU"/>
        </w:rPr>
        <w:br/>
        <w:t>В) Центральный процессор (ЦП)</w:t>
      </w:r>
      <w:r w:rsidRPr="00991850">
        <w:rPr>
          <w:sz w:val="22"/>
          <w:lang w:val="ru-RU"/>
        </w:rPr>
        <w:br/>
        <w:t>Г) Блок питания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4C4489D0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893CD5" w14:textId="77777777" w:rsidR="009F22A0" w:rsidRDefault="00991850">
            <w:proofErr w:type="spellStart"/>
            <w:r>
              <w:rPr>
                <w:b/>
              </w:rPr>
              <w:t>Выбранный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ответ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F7ABE" w14:textId="77777777" w:rsidR="009F22A0" w:rsidRDefault="009F22A0"/>
        </w:tc>
      </w:tr>
      <w:tr w:rsidR="009F22A0" w14:paraId="0BDB02B9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7D2A4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8D4DD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6C041DEA" w14:textId="77777777" w:rsidR="009F22A0" w:rsidRDefault="009F22A0">
      <w:pPr>
        <w:spacing w:after="240"/>
      </w:pPr>
    </w:p>
    <w:p w14:paraId="74FC8860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5.</w:t>
      </w:r>
      <w:r w:rsidRPr="00991850">
        <w:rPr>
          <w:i/>
          <w:lang w:val="ru-RU"/>
        </w:rPr>
        <w:t xml:space="preserve"> Формируемая компетенция: ПК 1.1</w:t>
      </w:r>
      <w:r w:rsidRPr="00991850">
        <w:rPr>
          <w:i/>
          <w:lang w:val="ru-RU"/>
        </w:rPr>
        <w:br/>
        <w:t>Тип: комбинированный с выбором нескольких вариантов ответа из предложенных и развернутым обоснованием выбора. Время выполнения: 3–5 минут</w:t>
      </w:r>
    </w:p>
    <w:p w14:paraId="1708BA25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предложенным текстом. Выберите два правильных ответа из предложенных вариантов. В поле для обоснования письменно докажите свой выбор (в 3–4 предложениях), используя теоретический аппарат темы 'Архивация данных'.</w:t>
      </w:r>
    </w:p>
    <w:p w14:paraId="44D9ED3D" w14:textId="77777777" w:rsidR="009F22A0" w:rsidRDefault="00991850">
      <w:pPr>
        <w:spacing w:after="160"/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Какие два из перечисленных ниже расширений файлов соответствуют архивным контейнерам (сжатым архивам), создаваемым специализированными программами-архиваторами для сжатия и долгосрочного хранения данных?</w:t>
      </w:r>
      <w:r w:rsidRPr="00991850">
        <w:rPr>
          <w:sz w:val="22"/>
          <w:lang w:val="ru-RU"/>
        </w:rPr>
        <w:br/>
      </w:r>
      <w:r>
        <w:rPr>
          <w:sz w:val="22"/>
        </w:rPr>
        <w:t>А) .docx</w:t>
      </w:r>
      <w:r>
        <w:rPr>
          <w:sz w:val="22"/>
        </w:rPr>
        <w:br/>
        <w:t>Б) .7z</w:t>
      </w:r>
      <w:r>
        <w:rPr>
          <w:sz w:val="22"/>
        </w:rPr>
        <w:br/>
        <w:t>В) .pdf</w:t>
      </w:r>
      <w:r>
        <w:rPr>
          <w:sz w:val="22"/>
        </w:rPr>
        <w:br/>
        <w:t>Г) .zip</w:t>
      </w:r>
      <w:r>
        <w:rPr>
          <w:sz w:val="22"/>
        </w:rPr>
        <w:br/>
        <w:t>Д) .html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6E0554E8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F2828" w14:textId="77777777" w:rsidR="009F22A0" w:rsidRDefault="00991850">
            <w:r>
              <w:rPr>
                <w:b/>
              </w:rPr>
              <w:t>Выбранный ответ: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646F0E" w14:textId="77777777" w:rsidR="009F22A0" w:rsidRDefault="009F22A0"/>
        </w:tc>
      </w:tr>
      <w:tr w:rsidR="009F22A0" w14:paraId="5B27B38B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74CFA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1070A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1D1FBC15" w14:textId="77777777" w:rsidR="009F22A0" w:rsidRDefault="009F22A0">
      <w:pPr>
        <w:spacing w:after="240"/>
      </w:pPr>
    </w:p>
    <w:p w14:paraId="657F2A46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6.</w:t>
      </w:r>
      <w:r w:rsidRPr="00991850">
        <w:rPr>
          <w:i/>
          <w:lang w:val="ru-RU"/>
        </w:rPr>
        <w:t xml:space="preserve"> Формируемая компетенция: ПК 1.2</w:t>
      </w:r>
      <w:r w:rsidRPr="00991850">
        <w:rPr>
          <w:i/>
          <w:lang w:val="ru-RU"/>
        </w:rPr>
        <w:br/>
        <w:t>Тип: закрытый на установление соответствия. Время выполнения: 3–5 минут</w:t>
      </w:r>
    </w:p>
    <w:p w14:paraId="5A85A58E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Установите соответствие между встроенными функциями электронных таблиц </w:t>
      </w:r>
      <w:r>
        <w:rPr>
          <w:sz w:val="22"/>
        </w:rPr>
        <w:t>MS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Excel</w:t>
      </w:r>
      <w:r w:rsidRPr="00991850">
        <w:rPr>
          <w:sz w:val="22"/>
          <w:lang w:val="ru-RU"/>
        </w:rPr>
        <w:t xml:space="preserve"> / Р7-Офис и их математическим или логическим назначением.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</w:p>
    <w:p w14:paraId="542D2887" w14:textId="77777777" w:rsidR="009F22A0" w:rsidRPr="00991850" w:rsidRDefault="00991850">
      <w:pPr>
        <w:spacing w:after="8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Столбец 1 (Встроенная функция):</w:t>
      </w:r>
      <w:r w:rsidRPr="00991850">
        <w:rPr>
          <w:sz w:val="22"/>
          <w:lang w:val="ru-RU"/>
        </w:rPr>
        <w:br/>
        <w:t>1) =СУММ()</w:t>
      </w:r>
      <w:r w:rsidRPr="00991850">
        <w:rPr>
          <w:sz w:val="22"/>
          <w:lang w:val="ru-RU"/>
        </w:rPr>
        <w:br/>
        <w:t>2) =СРЗНАЧ()</w:t>
      </w:r>
      <w:r w:rsidRPr="00991850">
        <w:rPr>
          <w:sz w:val="22"/>
          <w:lang w:val="ru-RU"/>
        </w:rPr>
        <w:br/>
        <w:t>3) =МАКС()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9F22A0" w14:paraId="4A3B2B8B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8AB1E" w14:textId="77777777" w:rsidR="009F22A0" w:rsidRDefault="00991850">
            <w:proofErr w:type="spellStart"/>
            <w:r>
              <w:rPr>
                <w:b/>
              </w:rPr>
              <w:t>Элемент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498334" w14:textId="77777777" w:rsidR="009F22A0" w:rsidRDefault="00991850">
            <w:r>
              <w:rPr>
                <w:b/>
              </w:rPr>
              <w:t>Элемент 2 (Варианты)</w:t>
            </w:r>
          </w:p>
        </w:tc>
      </w:tr>
      <w:tr w:rsidR="009F22A0" w:rsidRPr="00F910E5" w14:paraId="46BCD274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02628A" w14:textId="77777777" w:rsidR="009F22A0" w:rsidRDefault="00991850">
            <w:pPr>
              <w:spacing w:after="40"/>
            </w:pPr>
            <w:r>
              <w:rPr>
                <w:sz w:val="20"/>
              </w:rPr>
              <w:t>1) =СУММ()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B2952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А) Определение наибольшего (максимального) числового значения в выбранном диапазоне ячеек.</w:t>
            </w:r>
          </w:p>
        </w:tc>
      </w:tr>
      <w:tr w:rsidR="009F22A0" w:rsidRPr="00F910E5" w14:paraId="3EC8AC25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E297A9" w14:textId="77777777" w:rsidR="009F22A0" w:rsidRDefault="00991850">
            <w:pPr>
              <w:spacing w:after="40"/>
            </w:pPr>
            <w:r>
              <w:rPr>
                <w:sz w:val="20"/>
              </w:rPr>
              <w:t>2) =СРЗНАЧ()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E12156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Б) Расчет арифметической суммы числовых значений во всех ячейках выделенного диапазона.</w:t>
            </w:r>
          </w:p>
        </w:tc>
      </w:tr>
      <w:tr w:rsidR="009F22A0" w:rsidRPr="00F910E5" w14:paraId="5756004B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80E15B" w14:textId="77777777" w:rsidR="009F22A0" w:rsidRDefault="00991850">
            <w:pPr>
              <w:spacing w:after="40"/>
            </w:pPr>
            <w:r>
              <w:rPr>
                <w:sz w:val="20"/>
              </w:rPr>
              <w:t>3) =МАКС()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5238B2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В) Расчет среднего арифметического значения для группы числовых данных из выбранного диапазона.</w:t>
            </w:r>
          </w:p>
        </w:tc>
      </w:tr>
    </w:tbl>
    <w:p w14:paraId="1956325D" w14:textId="77777777" w:rsidR="009F22A0" w:rsidRPr="00991850" w:rsidRDefault="009F22A0">
      <w:pPr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5040"/>
      </w:tblGrid>
      <w:tr w:rsidR="009F22A0" w14:paraId="5688E8D6" w14:textId="77777777">
        <w:tc>
          <w:tcPr>
            <w:tcW w:w="2880" w:type="dxa"/>
          </w:tcPr>
          <w:p w14:paraId="1AD6C998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007B59" w14:textId="77777777" w:rsidR="009F22A0" w:rsidRDefault="00991850">
            <w:r>
              <w:rPr>
                <w:sz w:val="22"/>
              </w:rPr>
              <w:t>1 — _____,  2 — _____,  3 — _____</w:t>
            </w:r>
          </w:p>
        </w:tc>
      </w:tr>
    </w:tbl>
    <w:p w14:paraId="5D593BF9" w14:textId="77777777" w:rsidR="009F22A0" w:rsidRDefault="009F22A0">
      <w:pPr>
        <w:spacing w:after="240"/>
      </w:pPr>
    </w:p>
    <w:p w14:paraId="435E9E51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7.</w:t>
      </w:r>
      <w:r w:rsidRPr="00991850">
        <w:rPr>
          <w:i/>
          <w:lang w:val="ru-RU"/>
        </w:rPr>
        <w:t xml:space="preserve"> Формируемая компетенция: ПК 2.3</w:t>
      </w:r>
      <w:r w:rsidRPr="00991850">
        <w:rPr>
          <w:i/>
          <w:lang w:val="ru-RU"/>
        </w:rPr>
        <w:br/>
        <w:t>Тип: закрытый на установление последовательности. Время выполнения: 3–5 минут</w:t>
      </w:r>
    </w:p>
    <w:p w14:paraId="1FEC619E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Расположите действия пользователя по созданию новой реляционной базы данных в СУБД </w:t>
      </w:r>
      <w:r>
        <w:rPr>
          <w:sz w:val="22"/>
        </w:rPr>
        <w:t>SQLite</w:t>
      </w:r>
      <w:r w:rsidRPr="00991850">
        <w:rPr>
          <w:sz w:val="22"/>
          <w:lang w:val="ru-RU"/>
        </w:rPr>
        <w:t xml:space="preserve"> с помощью программы </w:t>
      </w:r>
      <w:r>
        <w:rPr>
          <w:sz w:val="22"/>
        </w:rPr>
        <w:t>DB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Browser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for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SQLite</w:t>
      </w:r>
      <w:r w:rsidRPr="00991850">
        <w:rPr>
          <w:sz w:val="22"/>
          <w:lang w:val="ru-RU"/>
        </w:rPr>
        <w:t xml:space="preserve"> в правильной технологической последовательности. В поле для ответа запишите последовательность букв без пробелов и знаков препинания.</w:t>
      </w:r>
    </w:p>
    <w:p w14:paraId="4A69BC38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А) Добавить в структуру созданной таблицы необходимые поля (столбцы), указать их типы данных (</w:t>
      </w:r>
      <w:r>
        <w:rPr>
          <w:sz w:val="22"/>
        </w:rPr>
        <w:t>TEXT</w:t>
      </w:r>
      <w:r w:rsidRPr="00991850">
        <w:rPr>
          <w:sz w:val="22"/>
          <w:lang w:val="ru-RU"/>
        </w:rPr>
        <w:t xml:space="preserve">, </w:t>
      </w:r>
      <w:r>
        <w:rPr>
          <w:sz w:val="22"/>
        </w:rPr>
        <w:t>INTEGER</w:t>
      </w:r>
      <w:r w:rsidRPr="00991850">
        <w:rPr>
          <w:sz w:val="22"/>
          <w:lang w:val="ru-RU"/>
        </w:rPr>
        <w:t>) и назначить Первичный ключ (</w:t>
      </w:r>
      <w:r>
        <w:rPr>
          <w:sz w:val="22"/>
        </w:rPr>
        <w:t>Primary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Key</w:t>
      </w:r>
      <w:r w:rsidRPr="00991850">
        <w:rPr>
          <w:sz w:val="22"/>
          <w:lang w:val="ru-RU"/>
        </w:rPr>
        <w:t>).</w:t>
      </w:r>
      <w:r w:rsidRPr="00991850">
        <w:rPr>
          <w:sz w:val="22"/>
          <w:lang w:val="ru-RU"/>
        </w:rPr>
        <w:br/>
        <w:t>Б) Открыть вкладку 'Данные' и заполнить строки таблицы записями, после чего нажать кнопку 'Записать изменения' (</w:t>
      </w:r>
      <w:r>
        <w:rPr>
          <w:sz w:val="22"/>
        </w:rPr>
        <w:t>Write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Changes</w:t>
      </w:r>
      <w:r w:rsidRPr="00991850">
        <w:rPr>
          <w:sz w:val="22"/>
          <w:lang w:val="ru-RU"/>
        </w:rPr>
        <w:t>) для фиксации на диске.</w:t>
      </w:r>
      <w:r w:rsidRPr="00991850">
        <w:rPr>
          <w:sz w:val="22"/>
          <w:lang w:val="ru-RU"/>
        </w:rPr>
        <w:br/>
        <w:t xml:space="preserve">В) Запустить программу </w:t>
      </w:r>
      <w:r>
        <w:rPr>
          <w:sz w:val="22"/>
        </w:rPr>
        <w:t>DB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Browser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for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SQLite</w:t>
      </w:r>
      <w:r w:rsidRPr="00991850">
        <w:rPr>
          <w:sz w:val="22"/>
          <w:lang w:val="ru-RU"/>
        </w:rPr>
        <w:t xml:space="preserve"> и нажать на кнопку 'Новая база данных' (</w:t>
      </w:r>
      <w:r>
        <w:rPr>
          <w:sz w:val="22"/>
        </w:rPr>
        <w:t>New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Database</w:t>
      </w:r>
      <w:r w:rsidRPr="00991850">
        <w:rPr>
          <w:sz w:val="22"/>
          <w:lang w:val="ru-RU"/>
        </w:rPr>
        <w:t>), указав имя файла и его расширение .</w:t>
      </w:r>
      <w:proofErr w:type="spellStart"/>
      <w:r>
        <w:rPr>
          <w:sz w:val="22"/>
        </w:rPr>
        <w:t>db</w:t>
      </w:r>
      <w:proofErr w:type="spellEnd"/>
      <w:r w:rsidRPr="00991850">
        <w:rPr>
          <w:sz w:val="22"/>
          <w:lang w:val="ru-RU"/>
        </w:rPr>
        <w:t>.</w:t>
      </w:r>
      <w:r w:rsidRPr="00991850">
        <w:rPr>
          <w:sz w:val="22"/>
          <w:lang w:val="ru-RU"/>
        </w:rPr>
        <w:br/>
        <w:t>Г) В открывшемся окне создания новой таблицы ввести её уникальное имя (например, 'Студенты').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3600"/>
      </w:tblGrid>
      <w:tr w:rsidR="009F22A0" w14:paraId="24EF3319" w14:textId="77777777">
        <w:tc>
          <w:tcPr>
            <w:tcW w:w="2880" w:type="dxa"/>
          </w:tcPr>
          <w:p w14:paraId="556697AB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56777" w14:textId="77777777" w:rsidR="009F22A0" w:rsidRDefault="009F22A0">
            <w:pPr>
              <w:jc w:val="center"/>
            </w:pPr>
          </w:p>
        </w:tc>
      </w:tr>
    </w:tbl>
    <w:p w14:paraId="07880B05" w14:textId="77777777" w:rsidR="009F22A0" w:rsidRDefault="009F22A0">
      <w:pPr>
        <w:spacing w:after="240"/>
      </w:pPr>
    </w:p>
    <w:p w14:paraId="091B767E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8.</w:t>
      </w:r>
      <w:r w:rsidRPr="00991850">
        <w:rPr>
          <w:i/>
          <w:lang w:val="ru-RU"/>
        </w:rPr>
        <w:t xml:space="preserve"> Формируемая компетенция: ПК 1.1</w:t>
      </w:r>
      <w:r w:rsidRPr="00991850">
        <w:rPr>
          <w:i/>
          <w:lang w:val="ru-RU"/>
        </w:rPr>
        <w:br/>
        <w:t>Тип: открытый с развернутым ответом. Время выполнения: 5–7 минут</w:t>
      </w:r>
    </w:p>
    <w:p w14:paraId="7D9D71AC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Прочитайте вопрос. Напишите ответ в форме короткого рассуждения (3–4 предложения).</w:t>
      </w:r>
    </w:p>
    <w:p w14:paraId="1C1ED2A4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Какие параметры полей (верхнее, нижнее, левое, правое) по умолчанию рекомендуются государственным стандартом ГОСТ Р 7.0.97-2016 для оформления официальных текстовых документов в РФ? Какова техническая и практическая причина того, что левое поле всегда делается значительно шире правого?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9F22A0" w:rsidRPr="00F910E5" w14:paraId="04CAC777" w14:textId="77777777">
        <w:trPr>
          <w:jc w:val="center"/>
        </w:trPr>
        <w:tc>
          <w:tcPr>
            <w:tcW w:w="936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5839A7E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b/>
                <w:lang w:val="ru-RU"/>
              </w:rPr>
              <w:t>Поле для ответа (заполняется студентом развернуто):</w:t>
            </w:r>
          </w:p>
        </w:tc>
      </w:tr>
      <w:tr w:rsidR="009F22A0" w:rsidRPr="00F910E5" w14:paraId="712B7A6B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52E516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  <w:tr w:rsidR="009F22A0" w:rsidRPr="00F910E5" w14:paraId="3E8E34FE" w14:textId="77777777">
        <w:trPr>
          <w:jc w:val="center"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C045DC6" w14:textId="77777777" w:rsidR="009F22A0" w:rsidRPr="00991850" w:rsidRDefault="00991850">
            <w:pPr>
              <w:rPr>
                <w:lang w:val="ru-RU"/>
              </w:rPr>
            </w:pPr>
            <w:r w:rsidRPr="00991850">
              <w:rPr>
                <w:lang w:val="ru-RU"/>
              </w:rPr>
              <w:br/>
            </w:r>
            <w:r w:rsidRPr="00991850">
              <w:rPr>
                <w:lang w:val="ru-RU"/>
              </w:rPr>
              <w:br/>
            </w:r>
          </w:p>
        </w:tc>
      </w:tr>
    </w:tbl>
    <w:p w14:paraId="7093D9B9" w14:textId="77777777" w:rsidR="009F22A0" w:rsidRPr="00991850" w:rsidRDefault="009F22A0">
      <w:pPr>
        <w:spacing w:after="240"/>
        <w:rPr>
          <w:lang w:val="ru-RU"/>
        </w:rPr>
      </w:pPr>
    </w:p>
    <w:p w14:paraId="73148C29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9.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комбинированный с выбором одного верного ответа из трех предложенных и обоснованием выбора. Время выполнения: 3–4 минуты</w:t>
      </w:r>
    </w:p>
    <w:p w14:paraId="7651E7C5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вопросом. Выберите один правильный вариант ответа из трех предложенных, а затем в поле для обоснования коротко (в 1–2 предложениях) объясните свой выбор.</w:t>
      </w:r>
    </w:p>
    <w:p w14:paraId="3F35598B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Для какой цели при поиске информации в глобальной сети Интернет через популярные поисковые системы используется специальный оператор '</w:t>
      </w:r>
      <w:r>
        <w:rPr>
          <w:sz w:val="22"/>
        </w:rPr>
        <w:t>filetype</w:t>
      </w:r>
      <w:r w:rsidRPr="00991850">
        <w:rPr>
          <w:sz w:val="22"/>
          <w:lang w:val="ru-RU"/>
        </w:rPr>
        <w:t>:'?</w:t>
      </w:r>
      <w:r w:rsidRPr="00991850">
        <w:rPr>
          <w:sz w:val="22"/>
          <w:lang w:val="ru-RU"/>
        </w:rPr>
        <w:br/>
        <w:t>А) Для автоматического перевода веб-страницы на русский язык при её открытии в браузере.</w:t>
      </w:r>
      <w:r w:rsidRPr="00991850">
        <w:rPr>
          <w:sz w:val="22"/>
          <w:lang w:val="ru-RU"/>
        </w:rPr>
        <w:br/>
        <w:t xml:space="preserve">Б) Для жесткой фильтрации результатов выдачи и поиска документов только конкретного формата/расширения (например, </w:t>
      </w:r>
      <w:r>
        <w:rPr>
          <w:sz w:val="22"/>
        </w:rPr>
        <w:t>filetype</w:t>
      </w:r>
      <w:r w:rsidRPr="00991850">
        <w:rPr>
          <w:sz w:val="22"/>
          <w:lang w:val="ru-RU"/>
        </w:rPr>
        <w:t>:</w:t>
      </w:r>
      <w:r>
        <w:rPr>
          <w:sz w:val="22"/>
        </w:rPr>
        <w:t>pdf</w:t>
      </w:r>
      <w:r w:rsidRPr="00991850">
        <w:rPr>
          <w:sz w:val="22"/>
          <w:lang w:val="ru-RU"/>
        </w:rPr>
        <w:t>).</w:t>
      </w:r>
      <w:r w:rsidRPr="00991850">
        <w:rPr>
          <w:sz w:val="22"/>
          <w:lang w:val="ru-RU"/>
        </w:rPr>
        <w:br/>
        <w:t>В) Для принудительного ускорения загрузки найденных интернет-страниц и экономии сетевого трафика.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708EA27A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B8EF67" w14:textId="77777777" w:rsidR="009F22A0" w:rsidRDefault="00991850">
            <w:proofErr w:type="spellStart"/>
            <w:r>
              <w:rPr>
                <w:b/>
              </w:rPr>
              <w:t>Выбранный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ответ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52E50" w14:textId="77777777" w:rsidR="009F22A0" w:rsidRDefault="009F22A0"/>
        </w:tc>
      </w:tr>
      <w:tr w:rsidR="009F22A0" w14:paraId="134F6E41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C2658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57D9E8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69456656" w14:textId="77777777" w:rsidR="009F22A0" w:rsidRDefault="009F22A0">
      <w:pPr>
        <w:spacing w:after="240"/>
      </w:pPr>
    </w:p>
    <w:p w14:paraId="2673F053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10.</w:t>
      </w:r>
      <w:r w:rsidRPr="00991850">
        <w:rPr>
          <w:i/>
          <w:lang w:val="ru-RU"/>
        </w:rPr>
        <w:t xml:space="preserve"> Формируемая компетенция: ПК 2.1</w:t>
      </w:r>
      <w:r w:rsidRPr="00991850">
        <w:rPr>
          <w:i/>
          <w:lang w:val="ru-RU"/>
        </w:rPr>
        <w:br/>
        <w:t>Тип: комбинированный с выбором нескольких вариантов ответа из предложенных и развернутым обоснованием выбора. Время выполнения: 3–4 минуты</w:t>
      </w:r>
    </w:p>
    <w:p w14:paraId="48D75607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вопросом. Выберите два правильных варианта ответа из четырех предложенных. В поле для обоснования коротко (в 1–2 предложениях) объясните свой выбор.</w:t>
      </w:r>
    </w:p>
    <w:p w14:paraId="080C1507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Какие две сетевые угрозы и виды нежелательной активности пользователей в сети Интернет напрямую нарушают принципы информационной безопасности и требуют использования защитного ПО (антивирусов, спам-фильтров)?</w:t>
      </w:r>
      <w:r w:rsidRPr="00991850">
        <w:rPr>
          <w:sz w:val="22"/>
          <w:lang w:val="ru-RU"/>
        </w:rPr>
        <w:br/>
        <w:t>А) Спам (массовая нежелательная рассылка писем рекламного, мошеннического или вредоносного характера).</w:t>
      </w:r>
      <w:r w:rsidRPr="00991850">
        <w:rPr>
          <w:sz w:val="22"/>
          <w:lang w:val="ru-RU"/>
        </w:rPr>
        <w:br/>
        <w:t>Б) Фишинг (создание сайтов-двойников известных сервисов для обманного получения личных данных и паролей пользователей).</w:t>
      </w:r>
      <w:r w:rsidRPr="00991850">
        <w:rPr>
          <w:sz w:val="22"/>
          <w:lang w:val="ru-RU"/>
        </w:rPr>
        <w:br/>
        <w:t>В) Настройка автоматического резервного копирования критически важных локальных файлов в защищенные облачные хранилища.</w:t>
      </w:r>
      <w:r w:rsidRPr="00991850">
        <w:rPr>
          <w:sz w:val="22"/>
          <w:lang w:val="ru-RU"/>
        </w:rPr>
        <w:br/>
        <w:t>Г) Архивирование файлов с шифрованием и установкой пароля в формат .7</w:t>
      </w:r>
      <w:r>
        <w:rPr>
          <w:sz w:val="22"/>
        </w:rPr>
        <w:t>z</w:t>
      </w:r>
      <w:r w:rsidRPr="00991850">
        <w:rPr>
          <w:sz w:val="22"/>
          <w:lang w:val="ru-RU"/>
        </w:rPr>
        <w:t>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6B8047F2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F4FC9" w14:textId="77777777" w:rsidR="009F22A0" w:rsidRDefault="00991850">
            <w:r>
              <w:rPr>
                <w:b/>
              </w:rPr>
              <w:t>Выбранный ответ: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F4AC3B" w14:textId="77777777" w:rsidR="009F22A0" w:rsidRDefault="009F22A0"/>
        </w:tc>
      </w:tr>
      <w:tr w:rsidR="009F22A0" w14:paraId="41E415E5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54FA10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A080F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6628C1FD" w14:textId="77777777" w:rsidR="009F22A0" w:rsidRDefault="009F22A0">
      <w:pPr>
        <w:spacing w:after="240"/>
      </w:pPr>
    </w:p>
    <w:p w14:paraId="44A6F1E8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11.</w:t>
      </w:r>
      <w:r w:rsidRPr="00991850">
        <w:rPr>
          <w:i/>
          <w:lang w:val="ru-RU"/>
        </w:rPr>
        <w:t xml:space="preserve"> Формируемая компетенция: ПК 1.1</w:t>
      </w:r>
      <w:r w:rsidRPr="00991850">
        <w:rPr>
          <w:i/>
          <w:lang w:val="ru-RU"/>
        </w:rPr>
        <w:br/>
        <w:t>Тип: закрытый на установление последовательности. Время выполнения: 2–3 минуты</w:t>
      </w:r>
    </w:p>
    <w:p w14:paraId="539B39CE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Расположите действия пользователя по извлечению файлов из сжатого архивного файла (разархивации) в операционной системе </w:t>
      </w:r>
      <w:r>
        <w:rPr>
          <w:sz w:val="22"/>
        </w:rPr>
        <w:t>Windows</w:t>
      </w:r>
      <w:r w:rsidRPr="00991850">
        <w:rPr>
          <w:sz w:val="22"/>
          <w:lang w:val="ru-RU"/>
        </w:rPr>
        <w:t xml:space="preserve"> с помощью программы-архиватора 7-</w:t>
      </w:r>
      <w:r>
        <w:rPr>
          <w:sz w:val="22"/>
        </w:rPr>
        <w:t>Zip</w:t>
      </w:r>
      <w:r w:rsidRPr="00991850">
        <w:rPr>
          <w:sz w:val="22"/>
          <w:lang w:val="ru-RU"/>
        </w:rPr>
        <w:t xml:space="preserve"> в правильном хронологическом порядке. В поле для ответа запишите последовательность букв без пробелов и знаков препинания.</w:t>
      </w:r>
    </w:p>
    <w:p w14:paraId="05057C97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А) В открывшемся окне программы-архиватора указать путь к целевой папке на жестком диске, куда будут распакованы файлы.</w:t>
      </w:r>
      <w:r w:rsidRPr="00991850">
        <w:rPr>
          <w:sz w:val="22"/>
          <w:lang w:val="ru-RU"/>
        </w:rPr>
        <w:br/>
        <w:t>Б) Перейти к разделу контекстного меню '7-</w:t>
      </w:r>
      <w:r>
        <w:rPr>
          <w:sz w:val="22"/>
        </w:rPr>
        <w:t>Zip</w:t>
      </w:r>
      <w:r w:rsidRPr="00991850">
        <w:rPr>
          <w:sz w:val="22"/>
          <w:lang w:val="ru-RU"/>
        </w:rPr>
        <w:t>' и выбрать команду 'Распаковать...' (</w:t>
      </w:r>
      <w:r>
        <w:rPr>
          <w:sz w:val="22"/>
        </w:rPr>
        <w:t>Extract</w:t>
      </w:r>
      <w:r w:rsidRPr="00991850">
        <w:rPr>
          <w:sz w:val="22"/>
          <w:lang w:val="ru-RU"/>
        </w:rPr>
        <w:t>...).</w:t>
      </w:r>
      <w:r w:rsidRPr="00991850">
        <w:rPr>
          <w:sz w:val="22"/>
          <w:lang w:val="ru-RU"/>
        </w:rPr>
        <w:br/>
        <w:t>В) Выделить архивный файл (например, архив.7</w:t>
      </w:r>
      <w:r>
        <w:rPr>
          <w:sz w:val="22"/>
        </w:rPr>
        <w:t>z</w:t>
      </w:r>
      <w:r w:rsidRPr="00991850">
        <w:rPr>
          <w:sz w:val="22"/>
          <w:lang w:val="ru-RU"/>
        </w:rPr>
        <w:t>) в Проводнике и кликнуть по нему правой кнопкой мыши.</w:t>
      </w:r>
      <w:r w:rsidRPr="00991850">
        <w:rPr>
          <w:sz w:val="22"/>
          <w:lang w:val="ru-RU"/>
        </w:rPr>
        <w:br/>
        <w:t>Г) Нажать кнопку 'ОК' и проверить появление извлеченных файлов в указанной папке назначения.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3600"/>
      </w:tblGrid>
      <w:tr w:rsidR="009F22A0" w14:paraId="3EE0E054" w14:textId="77777777">
        <w:tc>
          <w:tcPr>
            <w:tcW w:w="2880" w:type="dxa"/>
          </w:tcPr>
          <w:p w14:paraId="3E895DC9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DFB2F3" w14:textId="77777777" w:rsidR="009F22A0" w:rsidRDefault="009F22A0">
            <w:pPr>
              <w:jc w:val="center"/>
            </w:pPr>
          </w:p>
        </w:tc>
      </w:tr>
    </w:tbl>
    <w:p w14:paraId="540ADE5E" w14:textId="77777777" w:rsidR="009F22A0" w:rsidRDefault="009F22A0">
      <w:pPr>
        <w:spacing w:after="240"/>
      </w:pPr>
    </w:p>
    <w:p w14:paraId="40018C8C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12.</w:t>
      </w:r>
      <w:r w:rsidRPr="00991850">
        <w:rPr>
          <w:i/>
          <w:lang w:val="ru-RU"/>
        </w:rPr>
        <w:t xml:space="preserve"> Формируемая компетенция: ПК 1.1</w:t>
      </w:r>
      <w:r w:rsidRPr="00991850">
        <w:rPr>
          <w:i/>
          <w:lang w:val="ru-RU"/>
        </w:rPr>
        <w:br/>
        <w:t>Тип: закрытый на установление соответствия. Время выполнения: 3–4 минуты</w:t>
      </w:r>
    </w:p>
    <w:p w14:paraId="1679ACE1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Установите соответствие между клавиатурными комбинациями в текстовом процессоре </w:t>
      </w:r>
      <w:r>
        <w:rPr>
          <w:sz w:val="22"/>
        </w:rPr>
        <w:t>MS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Word</w:t>
      </w:r>
      <w:r w:rsidRPr="00991850">
        <w:rPr>
          <w:sz w:val="22"/>
          <w:lang w:val="ru-RU"/>
        </w:rPr>
        <w:t xml:space="preserve"> / Р7-Офис и действиями по форматированию абзацев текста.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</w:p>
    <w:p w14:paraId="54E9FB4B" w14:textId="77777777" w:rsidR="009F22A0" w:rsidRPr="00991850" w:rsidRDefault="00991850">
      <w:pPr>
        <w:spacing w:after="8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Столбец 1 (Клавиатурная комбинация):</w:t>
      </w:r>
      <w:r w:rsidRPr="00991850">
        <w:rPr>
          <w:sz w:val="22"/>
          <w:lang w:val="ru-RU"/>
        </w:rPr>
        <w:br/>
        <w:t xml:space="preserve">1) </w:t>
      </w:r>
      <w:r>
        <w:rPr>
          <w:sz w:val="22"/>
        </w:rPr>
        <w:t>Ctrl</w:t>
      </w:r>
      <w:r w:rsidRPr="00991850">
        <w:rPr>
          <w:sz w:val="22"/>
          <w:lang w:val="ru-RU"/>
        </w:rPr>
        <w:t xml:space="preserve"> + </w:t>
      </w:r>
      <w:r>
        <w:rPr>
          <w:sz w:val="22"/>
        </w:rPr>
        <w:t>J</w:t>
      </w:r>
      <w:r w:rsidRPr="00991850">
        <w:rPr>
          <w:sz w:val="22"/>
          <w:lang w:val="ru-RU"/>
        </w:rPr>
        <w:br/>
        <w:t xml:space="preserve">2) </w:t>
      </w:r>
      <w:r>
        <w:rPr>
          <w:sz w:val="22"/>
        </w:rPr>
        <w:t>Ctrl</w:t>
      </w:r>
      <w:r w:rsidRPr="00991850">
        <w:rPr>
          <w:sz w:val="22"/>
          <w:lang w:val="ru-RU"/>
        </w:rPr>
        <w:t xml:space="preserve"> + </w:t>
      </w:r>
      <w:r>
        <w:rPr>
          <w:sz w:val="22"/>
        </w:rPr>
        <w:t>E</w:t>
      </w:r>
      <w:r w:rsidRPr="00991850">
        <w:rPr>
          <w:sz w:val="22"/>
          <w:lang w:val="ru-RU"/>
        </w:rPr>
        <w:br/>
        <w:t xml:space="preserve">3) </w:t>
      </w:r>
      <w:r>
        <w:rPr>
          <w:sz w:val="22"/>
        </w:rPr>
        <w:t>Ctrl</w:t>
      </w:r>
      <w:r w:rsidRPr="00991850">
        <w:rPr>
          <w:sz w:val="22"/>
          <w:lang w:val="ru-RU"/>
        </w:rPr>
        <w:t xml:space="preserve"> + </w:t>
      </w:r>
      <w:r>
        <w:rPr>
          <w:sz w:val="22"/>
        </w:rPr>
        <w:t>L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9F22A0" w14:paraId="559AAE04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A57FF" w14:textId="77777777" w:rsidR="009F22A0" w:rsidRDefault="00991850">
            <w:proofErr w:type="spellStart"/>
            <w:r>
              <w:rPr>
                <w:b/>
              </w:rPr>
              <w:t>Элемент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EE8CC2" w14:textId="77777777" w:rsidR="009F22A0" w:rsidRDefault="00991850">
            <w:r>
              <w:rPr>
                <w:b/>
              </w:rPr>
              <w:t>Элемент 2 (Варианты)</w:t>
            </w:r>
          </w:p>
        </w:tc>
      </w:tr>
      <w:tr w:rsidR="009F22A0" w:rsidRPr="00F910E5" w14:paraId="4FD37603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12AA7E" w14:textId="77777777" w:rsidR="009F22A0" w:rsidRDefault="00991850">
            <w:pPr>
              <w:spacing w:after="40"/>
            </w:pPr>
            <w:r>
              <w:rPr>
                <w:sz w:val="20"/>
              </w:rPr>
              <w:t>1) Ctrl + J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371DA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А) Выравнивание выделенного текста абзаца строго по центру страницы.</w:t>
            </w:r>
          </w:p>
        </w:tc>
      </w:tr>
      <w:tr w:rsidR="009F22A0" w:rsidRPr="00F910E5" w14:paraId="2753F205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63254E" w14:textId="77777777" w:rsidR="009F22A0" w:rsidRDefault="00991850">
            <w:pPr>
              <w:spacing w:after="40"/>
            </w:pPr>
            <w:r>
              <w:rPr>
                <w:sz w:val="20"/>
              </w:rPr>
              <w:t>2) Ctrl + E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B27D5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Б) Выравнивание выделенного текста абзаца по ширине страницы с равномерным распределением интервалов между словами.</w:t>
            </w:r>
          </w:p>
        </w:tc>
      </w:tr>
      <w:tr w:rsidR="009F22A0" w:rsidRPr="00F910E5" w14:paraId="1BCC3190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862E9" w14:textId="77777777" w:rsidR="009F22A0" w:rsidRDefault="00991850">
            <w:pPr>
              <w:spacing w:after="40"/>
            </w:pPr>
            <w:r>
              <w:rPr>
                <w:sz w:val="20"/>
              </w:rPr>
              <w:t>3) Ctrl + L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776E38" w14:textId="77777777" w:rsidR="009F22A0" w:rsidRPr="00991850" w:rsidRDefault="00991850">
            <w:pPr>
              <w:spacing w:after="40"/>
              <w:rPr>
                <w:lang w:val="ru-RU"/>
              </w:rPr>
            </w:pPr>
            <w:r w:rsidRPr="00991850">
              <w:rPr>
                <w:sz w:val="20"/>
                <w:lang w:val="ru-RU"/>
              </w:rPr>
              <w:t>В) Выравнивание выделенного текста абзаца по левому краю страницы.</w:t>
            </w:r>
          </w:p>
        </w:tc>
      </w:tr>
    </w:tbl>
    <w:p w14:paraId="03962547" w14:textId="77777777" w:rsidR="009F22A0" w:rsidRPr="00991850" w:rsidRDefault="009F22A0">
      <w:pPr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5040"/>
      </w:tblGrid>
      <w:tr w:rsidR="009F22A0" w14:paraId="186C6028" w14:textId="77777777">
        <w:tc>
          <w:tcPr>
            <w:tcW w:w="2880" w:type="dxa"/>
          </w:tcPr>
          <w:p w14:paraId="3220BE9B" w14:textId="77777777" w:rsidR="009F22A0" w:rsidRDefault="00991850">
            <w:proofErr w:type="spellStart"/>
            <w:r>
              <w:rPr>
                <w:b/>
                <w:sz w:val="22"/>
              </w:rPr>
              <w:t>Поле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для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ответа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D016C" w14:textId="77777777" w:rsidR="009F22A0" w:rsidRDefault="00991850">
            <w:r>
              <w:rPr>
                <w:sz w:val="22"/>
              </w:rPr>
              <w:t>1 — _____,  2 — _____,  3 — _____</w:t>
            </w:r>
          </w:p>
        </w:tc>
      </w:tr>
    </w:tbl>
    <w:p w14:paraId="10B1A2CB" w14:textId="77777777" w:rsidR="009F22A0" w:rsidRDefault="009F22A0">
      <w:pPr>
        <w:spacing w:after="240"/>
      </w:pPr>
    </w:p>
    <w:p w14:paraId="09BF0B6F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13.</w:t>
      </w:r>
      <w:r w:rsidRPr="00991850">
        <w:rPr>
          <w:i/>
          <w:lang w:val="ru-RU"/>
        </w:rPr>
        <w:t xml:space="preserve"> Формируемая компетенция: ОК 02</w:t>
      </w:r>
      <w:r w:rsidRPr="00991850">
        <w:rPr>
          <w:i/>
          <w:lang w:val="ru-RU"/>
        </w:rPr>
        <w:br/>
        <w:t>Тип: комбинированный с выбором одного верного ответа из трех предложенных и обоснованием выбора. Время выполнения: 3–4 минуты</w:t>
      </w:r>
    </w:p>
    <w:p w14:paraId="012651F5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Прочитайте вопрос. Выберите один правильный вариант ответа из трех предложенных, а затем в поле для обоснования коротко (в 1–2 предложениях) объясните свой выбор.</w:t>
      </w:r>
    </w:p>
    <w:p w14:paraId="3622D30F" w14:textId="77777777" w:rsidR="009F22A0" w:rsidRDefault="00991850">
      <w:pPr>
        <w:spacing w:after="160"/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Какое важнейшее базовое свойство информации определяет степень её соответствия реальному положению дел и отсутствие преднамеренных или случайных ошибок/искажений?</w:t>
      </w:r>
      <w:r w:rsidRPr="00991850">
        <w:rPr>
          <w:sz w:val="22"/>
          <w:lang w:val="ru-RU"/>
        </w:rPr>
        <w:br/>
      </w:r>
      <w:r>
        <w:rPr>
          <w:sz w:val="22"/>
        </w:rPr>
        <w:t xml:space="preserve">А) </w:t>
      </w:r>
      <w:proofErr w:type="spellStart"/>
      <w:r>
        <w:rPr>
          <w:sz w:val="22"/>
        </w:rPr>
        <w:t>Достоверность</w:t>
      </w:r>
      <w:proofErr w:type="spellEnd"/>
      <w:r>
        <w:rPr>
          <w:sz w:val="22"/>
        </w:rPr>
        <w:br/>
        <w:t xml:space="preserve">Б) </w:t>
      </w:r>
      <w:proofErr w:type="spellStart"/>
      <w:r>
        <w:rPr>
          <w:sz w:val="22"/>
        </w:rPr>
        <w:t>Актуальность</w:t>
      </w:r>
      <w:proofErr w:type="spellEnd"/>
      <w:r>
        <w:rPr>
          <w:sz w:val="22"/>
        </w:rPr>
        <w:br/>
        <w:t>В) Объективность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3AB5D954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7C2FC" w14:textId="77777777" w:rsidR="009F22A0" w:rsidRDefault="00991850">
            <w:r>
              <w:rPr>
                <w:b/>
              </w:rPr>
              <w:t>Выбранный ответ: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02F5D" w14:textId="77777777" w:rsidR="009F22A0" w:rsidRDefault="009F22A0"/>
        </w:tc>
      </w:tr>
      <w:tr w:rsidR="009F22A0" w14:paraId="56D9C1E1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5F3D7C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6B34E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7AEFA908" w14:textId="77777777" w:rsidR="009F22A0" w:rsidRDefault="009F22A0">
      <w:pPr>
        <w:spacing w:after="240"/>
      </w:pPr>
    </w:p>
    <w:p w14:paraId="57347F02" w14:textId="77777777" w:rsidR="009F22A0" w:rsidRPr="00991850" w:rsidRDefault="00991850">
      <w:pPr>
        <w:spacing w:before="160" w:after="40"/>
        <w:rPr>
          <w:lang w:val="ru-RU"/>
        </w:rPr>
      </w:pPr>
      <w:r w:rsidRPr="00991850">
        <w:rPr>
          <w:b/>
          <w:lang w:val="ru-RU"/>
        </w:rPr>
        <w:t>Задание 14.</w:t>
      </w:r>
      <w:r w:rsidRPr="00991850">
        <w:rPr>
          <w:i/>
          <w:lang w:val="ru-RU"/>
        </w:rPr>
        <w:t xml:space="preserve"> Формируемая компетенция: ПК 2.2</w:t>
      </w:r>
      <w:r w:rsidRPr="00991850">
        <w:rPr>
          <w:i/>
          <w:lang w:val="ru-RU"/>
        </w:rPr>
        <w:br/>
        <w:t>Тип: комбинированный с выбором нескольких вариантов ответа из предложенных и развернутым обоснованием выбора. Время выполнения: 3–4 минуты</w:t>
      </w:r>
    </w:p>
    <w:p w14:paraId="13F9472C" w14:textId="77777777" w:rsidR="009F22A0" w:rsidRPr="00991850" w:rsidRDefault="00991850">
      <w:pPr>
        <w:spacing w:after="40"/>
        <w:rPr>
          <w:lang w:val="ru-RU"/>
        </w:rPr>
      </w:pPr>
      <w:r w:rsidRPr="00991850">
        <w:rPr>
          <w:b/>
          <w:lang w:val="ru-RU"/>
        </w:rPr>
        <w:t>Инструкция: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>Ознакомьтесь с вопросом. Выберите два правильных варианта ответа из четырех предложенных. В поле для обоснования коротко (в 1–2 предложениях) объясните свой выбор.</w:t>
      </w:r>
    </w:p>
    <w:p w14:paraId="5D2C157C" w14:textId="77777777" w:rsidR="009F22A0" w:rsidRPr="00991850" w:rsidRDefault="00991850">
      <w:pPr>
        <w:spacing w:after="160"/>
        <w:rPr>
          <w:lang w:val="ru-RU"/>
        </w:rPr>
      </w:pPr>
      <w:r w:rsidRPr="00991850">
        <w:rPr>
          <w:b/>
          <w:lang w:val="ru-RU"/>
        </w:rPr>
        <w:t>Текст задания:</w:t>
      </w:r>
      <w:r w:rsidRPr="00991850">
        <w:rPr>
          <w:b/>
          <w:lang w:val="ru-RU"/>
        </w:rPr>
        <w:br/>
      </w:r>
      <w:r w:rsidRPr="00991850">
        <w:rPr>
          <w:sz w:val="22"/>
          <w:lang w:val="ru-RU"/>
        </w:rPr>
        <w:t xml:space="preserve">Какие два инструмента структуры и настройки мультимедийных презентаций в </w:t>
      </w:r>
      <w:r>
        <w:rPr>
          <w:sz w:val="22"/>
        </w:rPr>
        <w:t>MS</w:t>
      </w:r>
      <w:r w:rsidRPr="00991850">
        <w:rPr>
          <w:sz w:val="22"/>
          <w:lang w:val="ru-RU"/>
        </w:rPr>
        <w:t xml:space="preserve"> </w:t>
      </w:r>
      <w:r>
        <w:rPr>
          <w:sz w:val="22"/>
        </w:rPr>
        <w:t>PowerPoint</w:t>
      </w:r>
      <w:r w:rsidRPr="00991850">
        <w:rPr>
          <w:sz w:val="22"/>
          <w:lang w:val="ru-RU"/>
        </w:rPr>
        <w:t xml:space="preserve"> обеспечивают интерактивность, нелинейность показа и возможность интерактивного управления ходом презентации?</w:t>
      </w:r>
      <w:r w:rsidRPr="00991850">
        <w:rPr>
          <w:sz w:val="22"/>
          <w:lang w:val="ru-RU"/>
        </w:rPr>
        <w:br/>
        <w:t>А) Триггеры (объекты слайда, клик по которым запускает строго определенное анимационное действие).</w:t>
      </w:r>
      <w:r w:rsidRPr="00991850">
        <w:rPr>
          <w:sz w:val="22"/>
          <w:lang w:val="ru-RU"/>
        </w:rPr>
        <w:br/>
        <w:t>Б) Гиперссылки для быстрого перехода на другие слайды презентации или внешние веб-страницы.</w:t>
      </w:r>
      <w:r w:rsidRPr="00991850">
        <w:rPr>
          <w:sz w:val="22"/>
          <w:lang w:val="ru-RU"/>
        </w:rPr>
        <w:br/>
        <w:t>В) Звуковые эффекты переходов, воспроизводимые при автоматической смене слайдов.</w:t>
      </w:r>
      <w:r w:rsidRPr="00991850">
        <w:rPr>
          <w:sz w:val="22"/>
          <w:lang w:val="ru-RU"/>
        </w:rPr>
        <w:br/>
        <w:t>Г) Цветовая схема стандартного фонового шаблона презентации.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F22A0" w14:paraId="79F7C944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412037" w14:textId="77777777" w:rsidR="009F22A0" w:rsidRDefault="00991850">
            <w:proofErr w:type="spellStart"/>
            <w:r>
              <w:rPr>
                <w:b/>
              </w:rPr>
              <w:t>Выбранный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ответ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7DECF3" w14:textId="77777777" w:rsidR="009F22A0" w:rsidRDefault="009F22A0"/>
        </w:tc>
      </w:tr>
      <w:tr w:rsidR="009F22A0" w14:paraId="0C5C03D9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F12F3D" w14:textId="77777777" w:rsidR="009F22A0" w:rsidRDefault="00991850">
            <w:r>
              <w:rPr>
                <w:b/>
              </w:rPr>
              <w:t>Обоснование выбора:</w:t>
            </w:r>
          </w:p>
        </w:tc>
        <w:tc>
          <w:tcPr>
            <w:tcW w:w="64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E0E01" w14:textId="77777777" w:rsidR="009F22A0" w:rsidRDefault="00991850">
            <w:r>
              <w:br/>
            </w:r>
            <w:r>
              <w:br/>
            </w:r>
            <w:r>
              <w:br/>
            </w:r>
          </w:p>
        </w:tc>
      </w:tr>
    </w:tbl>
    <w:p w14:paraId="410C5A3F" w14:textId="77777777" w:rsidR="009F22A0" w:rsidRDefault="009F22A0">
      <w:pPr>
        <w:spacing w:after="240"/>
      </w:pPr>
    </w:p>
    <w:p w14:paraId="11EF087E" w14:textId="77777777" w:rsidR="009F22A0" w:rsidRDefault="00991850">
      <w:r>
        <w:br w:type="page"/>
      </w:r>
    </w:p>
    <w:p w14:paraId="1A2588F1" w14:textId="77777777" w:rsidR="009F22A0" w:rsidRPr="00991850" w:rsidRDefault="00991850">
      <w:pPr>
        <w:pStyle w:val="1"/>
        <w:spacing w:before="480" w:after="240"/>
        <w:jc w:val="center"/>
        <w:rPr>
          <w:sz w:val="24"/>
          <w:szCs w:val="24"/>
        </w:rPr>
      </w:pPr>
      <w:r w:rsidRPr="00991850">
        <w:rPr>
          <w:rFonts w:ascii="Times New Roman" w:hAnsi="Times New Roman"/>
          <w:sz w:val="24"/>
          <w:szCs w:val="24"/>
        </w:rPr>
        <w:t>Система оценивания тестовых заданий</w:t>
      </w:r>
    </w:p>
    <w:p w14:paraId="2D033DC0" w14:textId="77777777" w:rsidR="009F22A0" w:rsidRPr="00991850" w:rsidRDefault="00991850">
      <w:pPr>
        <w:rPr>
          <w:szCs w:val="24"/>
          <w:lang w:val="ru-RU"/>
        </w:rPr>
      </w:pPr>
      <w:r w:rsidRPr="00991850">
        <w:rPr>
          <w:b/>
          <w:szCs w:val="24"/>
          <w:lang w:val="ru-RU"/>
        </w:rPr>
        <w:t>Таблица 2. Ключи и критерии оценивания тестовых заданий по ОП.01 (Вариант 1)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1728"/>
        <w:gridCol w:w="1728"/>
        <w:gridCol w:w="5040"/>
      </w:tblGrid>
      <w:tr w:rsidR="009F22A0" w:rsidRPr="00991850" w14:paraId="42255B97" w14:textId="77777777">
        <w:trPr>
          <w:jc w:val="center"/>
        </w:trPr>
        <w:tc>
          <w:tcPr>
            <w:tcW w:w="8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64AB11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2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38D7B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Компетенция</w:t>
            </w:r>
          </w:p>
        </w:tc>
        <w:tc>
          <w:tcPr>
            <w:tcW w:w="172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78D82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Верный ответ</w:t>
            </w:r>
          </w:p>
        </w:tc>
        <w:tc>
          <w:tcPr>
            <w:tcW w:w="504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CAEA9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Критерии оценки и Обоснование</w:t>
            </w:r>
          </w:p>
        </w:tc>
      </w:tr>
      <w:tr w:rsidR="009F22A0" w:rsidRPr="00F910E5" w14:paraId="64E23B18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3793A9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89223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7B1718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ВБГА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31A70C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2C557BD2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1E959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61EF2C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213DC8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1—В, 2—Б, 3—А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4BF07A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77EAE32A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BF8BC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3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22F25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1.1, 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77908" w14:textId="77777777" w:rsidR="009F22A0" w:rsidRPr="00991850" w:rsidRDefault="00991850">
            <w:pPr>
              <w:spacing w:after="40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4AF289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 xml:space="preserve">Высокий уровень (5 баллов): Четко объяснено значение стилей заголовков для </w:t>
            </w:r>
            <w:proofErr w:type="spellStart"/>
            <w:r w:rsidRPr="00991850">
              <w:rPr>
                <w:b/>
                <w:sz w:val="24"/>
                <w:szCs w:val="24"/>
                <w:lang w:val="ru-RU"/>
              </w:rPr>
              <w:t>автооглавления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91850">
              <w:rPr>
                <w:b/>
                <w:sz w:val="24"/>
                <w:szCs w:val="24"/>
                <w:lang w:val="ru-RU"/>
              </w:rPr>
              <w:t>невизуальной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 xml:space="preserve"> навигации незрячих студентов по клавише </w:t>
            </w:r>
            <w:r w:rsidRPr="00991850">
              <w:rPr>
                <w:b/>
                <w:sz w:val="24"/>
                <w:szCs w:val="24"/>
              </w:rPr>
              <w:t>H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(заголовки размечают структуру документа, </w:t>
            </w:r>
            <w:proofErr w:type="spellStart"/>
            <w:r w:rsidRPr="00991850">
              <w:rPr>
                <w:b/>
                <w:sz w:val="24"/>
                <w:szCs w:val="24"/>
                <w:lang w:val="ru-RU"/>
              </w:rPr>
              <w:t>скринридер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 xml:space="preserve"> читает структуру). Логичный ответ из 5–7 предложений.</w:t>
            </w:r>
          </w:p>
          <w:p w14:paraId="16474851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 xml:space="preserve">Базовый уровень (3 балла): Ответ содержит частичное объяснение (например, только про оглавление или только про </w:t>
            </w:r>
            <w:proofErr w:type="spellStart"/>
            <w:r w:rsidRPr="00991850">
              <w:rPr>
                <w:b/>
                <w:sz w:val="24"/>
                <w:szCs w:val="24"/>
                <w:lang w:val="ru-RU"/>
              </w:rPr>
              <w:t>невизуальное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 xml:space="preserve"> чтение), допущены незначительные неточности.</w:t>
            </w:r>
          </w:p>
          <w:p w14:paraId="47ADF709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Низкий уровень (0–1 балл): Смысл стилей не раскрыт, приведен поверхностный или ошибочный ответ.</w:t>
            </w:r>
          </w:p>
        </w:tc>
      </w:tr>
      <w:tr w:rsidR="009F22A0" w:rsidRPr="00F910E5" w14:paraId="116CCC97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9CCBB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4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FC8D2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58048B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323AF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 xml:space="preserve">Обоснование: Протокол </w:t>
            </w:r>
            <w:r w:rsidRPr="00991850">
              <w:rPr>
                <w:b/>
                <w:sz w:val="24"/>
                <w:szCs w:val="24"/>
              </w:rPr>
              <w:t>HTTPS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991850">
              <w:rPr>
                <w:b/>
                <w:sz w:val="24"/>
                <w:szCs w:val="24"/>
              </w:rPr>
              <w:t>HyperText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91850">
              <w:rPr>
                <w:b/>
                <w:sz w:val="24"/>
                <w:szCs w:val="24"/>
              </w:rPr>
              <w:t>Transfer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91850">
              <w:rPr>
                <w:b/>
                <w:sz w:val="24"/>
                <w:szCs w:val="24"/>
              </w:rPr>
              <w:t>Protocol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91850">
              <w:rPr>
                <w:b/>
                <w:sz w:val="24"/>
                <w:szCs w:val="24"/>
              </w:rPr>
              <w:t>Secure</w:t>
            </w:r>
            <w:r w:rsidRPr="00991850">
              <w:rPr>
                <w:b/>
                <w:sz w:val="24"/>
                <w:szCs w:val="24"/>
                <w:lang w:val="ru-RU"/>
              </w:rPr>
              <w:t>) использует криптографические алгоритмы шифрования (</w:t>
            </w:r>
            <w:r w:rsidRPr="00991850">
              <w:rPr>
                <w:b/>
                <w:sz w:val="24"/>
                <w:szCs w:val="24"/>
              </w:rPr>
              <w:t>SSL</w:t>
            </w:r>
            <w:r w:rsidRPr="00991850">
              <w:rPr>
                <w:b/>
                <w:sz w:val="24"/>
                <w:szCs w:val="24"/>
                <w:lang w:val="ru-RU"/>
              </w:rPr>
              <w:t>/</w:t>
            </w:r>
            <w:r w:rsidRPr="00991850">
              <w:rPr>
                <w:b/>
                <w:sz w:val="24"/>
                <w:szCs w:val="24"/>
              </w:rPr>
              <w:t>TLS</w:t>
            </w:r>
            <w:r w:rsidRPr="00991850">
              <w:rPr>
                <w:b/>
                <w:sz w:val="24"/>
                <w:szCs w:val="24"/>
                <w:lang w:val="ru-RU"/>
              </w:rPr>
              <w:t>), что защищает логины, пароли и данные банковских карт пользователей от перехвата.</w:t>
            </w:r>
          </w:p>
        </w:tc>
      </w:tr>
      <w:tr w:rsidR="009F22A0" w:rsidRPr="00F910E5" w14:paraId="155AC56D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F1726F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5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FBAED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2.2, 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3158D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Б, В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0E9AF0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Для слабовидящих людей высокая контрастность текста критически важна для различения символов, а альтернативный текстовый слой позволяет программам экранного доступа (</w:t>
            </w:r>
            <w:proofErr w:type="spellStart"/>
            <w:r w:rsidRPr="00991850">
              <w:rPr>
                <w:b/>
                <w:sz w:val="24"/>
                <w:szCs w:val="24"/>
                <w:lang w:val="ru-RU"/>
              </w:rPr>
              <w:t>скринридерам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>) озвучить графический объект.</w:t>
            </w:r>
          </w:p>
        </w:tc>
      </w:tr>
      <w:tr w:rsidR="009F22A0" w:rsidRPr="00F910E5" w14:paraId="2C26037E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54B113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6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1A14E0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2.3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9F893A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1—Б, 2—А, 3—В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604438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06D1BCA5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60C905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7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0CB343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45E123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ВГБА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AE6B7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4D52726E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EC854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8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9815CE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897121" w14:textId="77777777" w:rsidR="009F22A0" w:rsidRPr="00991850" w:rsidRDefault="00991850">
            <w:pPr>
              <w:spacing w:after="40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C5CB0A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Высокий уровень (5 баллов): Дано четкое различие: полный бэкап копирует всё, а инкрементный — только изменения с момента последнего копирования. Обоснована экономия диска и времени.</w:t>
            </w:r>
          </w:p>
          <w:p w14:paraId="090B267D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Базовый уровень (3 балла): Студент путает детали или дает краткий ответ без обоснования.</w:t>
            </w:r>
          </w:p>
          <w:p w14:paraId="0BD03373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Низкий уровень (0-1 балл): Неправильные определения бэкапа.</w:t>
            </w:r>
          </w:p>
        </w:tc>
      </w:tr>
      <w:tr w:rsidR="009F22A0" w:rsidRPr="00F910E5" w14:paraId="52E98A9A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FCD3E1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9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594A7B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B58AE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D5D8C4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Заключение поисковой фразы в кавычки заставляет поискового робота осуществлять поиск точной словоформы и порядка слов, отсекая морфологические вариации.</w:t>
            </w:r>
          </w:p>
        </w:tc>
      </w:tr>
      <w:tr w:rsidR="009F22A0" w:rsidRPr="00F910E5" w14:paraId="4946DD2F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772703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10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07B9A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290CB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А, 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9B162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 xml:space="preserve">Обоснование: </w:t>
            </w:r>
            <w:r w:rsidRPr="00991850">
              <w:rPr>
                <w:b/>
                <w:sz w:val="24"/>
                <w:szCs w:val="24"/>
              </w:rPr>
              <w:t>NVDA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озвучивает фокус ввода и экранные элементы, а </w:t>
            </w:r>
            <w:r w:rsidRPr="00991850">
              <w:rPr>
                <w:b/>
                <w:sz w:val="24"/>
                <w:szCs w:val="24"/>
              </w:rPr>
              <w:t>OCR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распознает недоступные графические форматы (сканы, </w:t>
            </w:r>
            <w:r w:rsidRPr="00991850">
              <w:rPr>
                <w:b/>
                <w:sz w:val="24"/>
                <w:szCs w:val="24"/>
              </w:rPr>
              <w:t>PDF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) для перевода их в читаемый </w:t>
            </w:r>
            <w:proofErr w:type="spellStart"/>
            <w:r w:rsidRPr="00991850">
              <w:rPr>
                <w:b/>
                <w:sz w:val="24"/>
                <w:szCs w:val="24"/>
                <w:lang w:val="ru-RU"/>
              </w:rPr>
              <w:t>скринридером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 xml:space="preserve"> текст.</w:t>
            </w:r>
          </w:p>
        </w:tc>
      </w:tr>
      <w:tr w:rsidR="009F22A0" w:rsidRPr="00F910E5" w14:paraId="1F2CFD33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A03315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492C2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0EE60E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ГАВБ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C8F29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0A66AC9C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FA572F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F6EC1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78C34C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1—Б, 2—А, 3—В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904B6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23ECD70B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8A521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13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E3AF44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2.3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79A18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F751E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Реляционная база данных строится на математической модели отношений и организуется в виде двумерных взаимосвязанных таблиц со строгой структурой.</w:t>
            </w:r>
          </w:p>
        </w:tc>
      </w:tr>
      <w:tr w:rsidR="009F22A0" w:rsidRPr="00F910E5" w14:paraId="5C9CEC6B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027DFD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14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82735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4DCFD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Б, В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ED3B8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 xml:space="preserve">Обоснование: </w:t>
            </w:r>
            <w:r w:rsidRPr="00991850">
              <w:rPr>
                <w:b/>
                <w:sz w:val="24"/>
                <w:szCs w:val="24"/>
              </w:rPr>
              <w:t>LAN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географически локализована в одном помещении/здании, что позволяет использовать локальные высокоскоростные линии связи и контролировать сеть локально.</w:t>
            </w:r>
          </w:p>
        </w:tc>
      </w:tr>
    </w:tbl>
    <w:p w14:paraId="0B26B604" w14:textId="77777777" w:rsidR="009F22A0" w:rsidRPr="00991850" w:rsidRDefault="009F22A0">
      <w:pPr>
        <w:spacing w:after="240"/>
        <w:rPr>
          <w:szCs w:val="24"/>
          <w:lang w:val="ru-RU"/>
        </w:rPr>
      </w:pPr>
    </w:p>
    <w:p w14:paraId="67217591" w14:textId="77777777" w:rsidR="009F22A0" w:rsidRPr="00991850" w:rsidRDefault="00991850">
      <w:pPr>
        <w:rPr>
          <w:szCs w:val="24"/>
          <w:lang w:val="ru-RU"/>
        </w:rPr>
      </w:pPr>
      <w:r w:rsidRPr="00991850">
        <w:rPr>
          <w:b/>
          <w:szCs w:val="24"/>
          <w:lang w:val="ru-RU"/>
        </w:rPr>
        <w:t>Таблица 3. Ключи и критерии оценивания тестовых заданий по ОП.01 (Вариант 2)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1728"/>
        <w:gridCol w:w="1728"/>
        <w:gridCol w:w="5040"/>
      </w:tblGrid>
      <w:tr w:rsidR="009F22A0" w:rsidRPr="00991850" w14:paraId="264FD80F" w14:textId="77777777">
        <w:trPr>
          <w:jc w:val="center"/>
        </w:trPr>
        <w:tc>
          <w:tcPr>
            <w:tcW w:w="8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A82BC6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2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3F438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Компетенция</w:t>
            </w:r>
          </w:p>
        </w:tc>
        <w:tc>
          <w:tcPr>
            <w:tcW w:w="172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CBF0B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Верный ответ</w:t>
            </w:r>
          </w:p>
        </w:tc>
        <w:tc>
          <w:tcPr>
            <w:tcW w:w="504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9D367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Критерии оценки и Обоснование</w:t>
            </w:r>
          </w:p>
        </w:tc>
      </w:tr>
      <w:tr w:rsidR="009F22A0" w:rsidRPr="00F910E5" w14:paraId="3FA36F54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06F6B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5F5002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D4B64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БГАВ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24666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422898D0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F2ACCC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C12A9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C49D4F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1—В, 2—Б, 3—А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3B737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4C7ED039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7B499E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3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3F502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1.1, 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B39ED" w14:textId="77777777" w:rsidR="009F22A0" w:rsidRPr="00991850" w:rsidRDefault="00991850">
            <w:pPr>
              <w:spacing w:after="40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09F7A9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 xml:space="preserve">Высокий уровень (5 баллов): Дано верное определение фокуса ввода (выделенный элемент интерфейса, готовый к приему команд). Подробно объяснено, почему </w:t>
            </w:r>
            <w:proofErr w:type="spellStart"/>
            <w:r w:rsidRPr="00991850">
              <w:rPr>
                <w:b/>
                <w:sz w:val="24"/>
                <w:szCs w:val="24"/>
                <w:lang w:val="ru-RU"/>
              </w:rPr>
              <w:t>скринридер</w:t>
            </w:r>
            <w:proofErr w:type="spellEnd"/>
            <w:r w:rsidRPr="00991850">
              <w:rPr>
                <w:b/>
                <w:sz w:val="24"/>
                <w:szCs w:val="24"/>
                <w:lang w:val="ru-RU"/>
              </w:rPr>
              <w:t xml:space="preserve"> читает только фокус ввода и почему без мыши знание горячих клавиш — единственный способ управлять ПК.</w:t>
            </w:r>
          </w:p>
          <w:p w14:paraId="256F01F0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Базовый уровень (3 балла): Студент понимает важность клавиатуры, но слабо раскрывает понятие фокуса ввода или дает сжатый ответ.</w:t>
            </w:r>
          </w:p>
          <w:p w14:paraId="2EAA0B43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Низкий уровень (0–1 балл): Не раскрыто понятие фокуса ввода, допущены ошибки.</w:t>
            </w:r>
          </w:p>
        </w:tc>
      </w:tr>
      <w:tr w:rsidR="009F22A0" w:rsidRPr="00F910E5" w14:paraId="67E0CF21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6EE1A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4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93BA6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25834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E70F8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Твердотельный накопитель (</w:t>
            </w:r>
            <w:r w:rsidRPr="00991850">
              <w:rPr>
                <w:b/>
                <w:sz w:val="24"/>
                <w:szCs w:val="24"/>
              </w:rPr>
              <w:t>SSD</w:t>
            </w:r>
            <w:r w:rsidRPr="00991850">
              <w:rPr>
                <w:b/>
                <w:sz w:val="24"/>
                <w:szCs w:val="24"/>
                <w:lang w:val="ru-RU"/>
              </w:rPr>
              <w:t>) и жесткий диск (</w:t>
            </w:r>
            <w:r w:rsidRPr="00991850">
              <w:rPr>
                <w:b/>
                <w:sz w:val="24"/>
                <w:szCs w:val="24"/>
              </w:rPr>
              <w:t>HDD</w:t>
            </w:r>
            <w:r w:rsidRPr="00991850">
              <w:rPr>
                <w:b/>
                <w:sz w:val="24"/>
                <w:szCs w:val="24"/>
                <w:lang w:val="ru-RU"/>
              </w:rPr>
              <w:t>) являются энергонезависимыми устройствами памяти, сохраняющими записанные файлы при полном отключении электропитания компьютера.</w:t>
            </w:r>
          </w:p>
        </w:tc>
      </w:tr>
      <w:tr w:rsidR="009F22A0" w:rsidRPr="00F910E5" w14:paraId="30F8EC4E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771A8D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5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426CD7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5630E0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Б, Г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9DC0C4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Форматы .7</w:t>
            </w:r>
            <w:r w:rsidRPr="00991850">
              <w:rPr>
                <w:b/>
                <w:sz w:val="24"/>
                <w:szCs w:val="24"/>
              </w:rPr>
              <w:t>z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(стандарт архиватора 7-</w:t>
            </w:r>
            <w:r w:rsidRPr="00991850">
              <w:rPr>
                <w:b/>
                <w:sz w:val="24"/>
                <w:szCs w:val="24"/>
              </w:rPr>
              <w:t>Zip</w:t>
            </w:r>
            <w:r w:rsidRPr="00991850">
              <w:rPr>
                <w:b/>
                <w:sz w:val="24"/>
                <w:szCs w:val="24"/>
                <w:lang w:val="ru-RU"/>
              </w:rPr>
              <w:t>) и .</w:t>
            </w:r>
            <w:r w:rsidRPr="00991850">
              <w:rPr>
                <w:b/>
                <w:sz w:val="24"/>
                <w:szCs w:val="24"/>
              </w:rPr>
              <w:t>zip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являются специализированными упакованными контейнерами сжатия без потери данных.</w:t>
            </w:r>
          </w:p>
        </w:tc>
      </w:tr>
      <w:tr w:rsidR="009F22A0" w:rsidRPr="00F910E5" w14:paraId="07502A19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E42A7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6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FE419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FE6E58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1—Б, 2—В, 3—А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DC08F4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7A95C64D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6BB010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7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4E2B62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2.3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312B7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ВГАБ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51AE3B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11760FE0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57301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8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79D118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7567F" w14:textId="77777777" w:rsidR="009F22A0" w:rsidRPr="00991850" w:rsidRDefault="00991850">
            <w:pPr>
              <w:spacing w:after="40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9DF246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Высокий уровень (5 баллов): Четко указаны размеры полей ГОСТ (</w:t>
            </w:r>
            <w:proofErr w:type="gramStart"/>
            <w:r w:rsidRPr="00991850">
              <w:rPr>
                <w:b/>
                <w:sz w:val="24"/>
                <w:szCs w:val="24"/>
                <w:lang w:val="ru-RU"/>
              </w:rPr>
              <w:t>левое</w:t>
            </w:r>
            <w:proofErr w:type="gramEnd"/>
            <w:r w:rsidRPr="00991850">
              <w:rPr>
                <w:b/>
                <w:sz w:val="24"/>
                <w:szCs w:val="24"/>
                <w:lang w:val="ru-RU"/>
              </w:rPr>
              <w:t xml:space="preserve"> — 30 мм, правое — 15 мм, верхнее и нижнее — по 20 мм). Объяснено, что левое поле делается широким под сшивку (переплет) официальных документов.</w:t>
            </w:r>
          </w:p>
          <w:p w14:paraId="7E641A61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Базовый уровень (3 балла): Ошибки в размерах полей при правильном объяснении назначения левого поля.</w:t>
            </w:r>
          </w:p>
          <w:p w14:paraId="6154E8DB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Низкий уровень (0-1 балл): Ошибки во всех частях ответа.</w:t>
            </w:r>
          </w:p>
        </w:tc>
      </w:tr>
      <w:tr w:rsidR="009F22A0" w:rsidRPr="00F910E5" w14:paraId="61B2ECC5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4BB094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9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22469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FBB9B9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109F0F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Оператор '</w:t>
            </w:r>
            <w:r w:rsidRPr="00991850">
              <w:rPr>
                <w:b/>
                <w:sz w:val="24"/>
                <w:szCs w:val="24"/>
              </w:rPr>
              <w:t>filetype</w:t>
            </w:r>
            <w:r w:rsidRPr="00991850">
              <w:rPr>
                <w:b/>
                <w:sz w:val="24"/>
                <w:szCs w:val="24"/>
                <w:lang w:val="ru-RU"/>
              </w:rPr>
              <w:t>:' принудительно ограничивает поисковую выдачу документами указанного расширения (например, .</w:t>
            </w:r>
            <w:r w:rsidRPr="00991850">
              <w:rPr>
                <w:b/>
                <w:sz w:val="24"/>
                <w:szCs w:val="24"/>
              </w:rPr>
              <w:t>pdf</w:t>
            </w:r>
            <w:r w:rsidRPr="00991850">
              <w:rPr>
                <w:b/>
                <w:sz w:val="24"/>
                <w:szCs w:val="24"/>
                <w:lang w:val="ru-RU"/>
              </w:rPr>
              <w:t xml:space="preserve"> или .</w:t>
            </w:r>
            <w:r w:rsidRPr="00991850">
              <w:rPr>
                <w:b/>
                <w:sz w:val="24"/>
                <w:szCs w:val="24"/>
              </w:rPr>
              <w:t>xlsx</w:t>
            </w:r>
            <w:r w:rsidRPr="00991850">
              <w:rPr>
                <w:b/>
                <w:sz w:val="24"/>
                <w:szCs w:val="24"/>
                <w:lang w:val="ru-RU"/>
              </w:rPr>
              <w:t>), повышая точность поиска.</w:t>
            </w:r>
          </w:p>
        </w:tc>
      </w:tr>
      <w:tr w:rsidR="009F22A0" w:rsidRPr="00F910E5" w14:paraId="65E5BCED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32381B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10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F24EC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845A7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А, 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75024B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Спам перегружает каналы связи и может служить вектором атаки, а фишинг выманивает конфиденциальные личные данные методами социальной инженерии.</w:t>
            </w:r>
          </w:p>
        </w:tc>
      </w:tr>
      <w:tr w:rsidR="009F22A0" w:rsidRPr="00F910E5" w14:paraId="182A608B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8DCD74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FB090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53A7C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ВБАГ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18D67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7B796834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C669D9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D769E5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1.1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65BA5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1—Б, 2—А, 3—В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F6A088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sz w:val="24"/>
                <w:szCs w:val="24"/>
                <w:lang w:val="ru-RU"/>
              </w:rPr>
              <w:t>1 б — полное правильное соответствие; 0 б — остальные случаи.</w:t>
            </w:r>
          </w:p>
        </w:tc>
      </w:tr>
      <w:tr w:rsidR="009F22A0" w:rsidRPr="00F910E5" w14:paraId="2E37A363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9F9B2F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13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114380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ОК 02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74EDA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А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78FABB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Достоверность информации означает степень её соответствия реальным фактам. Достоверная информация не содержит искажений и позволяет принимать правильные решения.</w:t>
            </w:r>
          </w:p>
        </w:tc>
      </w:tr>
      <w:tr w:rsidR="009F22A0" w:rsidRPr="00F910E5" w14:paraId="5B5AC345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83E36F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14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B8E455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ПК 2.2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C3D8A" w14:textId="77777777" w:rsidR="009F22A0" w:rsidRPr="00991850" w:rsidRDefault="00991850">
            <w:pPr>
              <w:spacing w:after="40"/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А, Б</w:t>
            </w:r>
          </w:p>
        </w:tc>
        <w:tc>
          <w:tcPr>
            <w:tcW w:w="5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1947F" w14:textId="77777777" w:rsidR="009F22A0" w:rsidRPr="00991850" w:rsidRDefault="00991850">
            <w:pPr>
              <w:spacing w:after="40"/>
              <w:rPr>
                <w:sz w:val="24"/>
                <w:szCs w:val="24"/>
                <w:lang w:val="ru-RU"/>
              </w:rPr>
            </w:pPr>
            <w:r w:rsidRPr="00991850">
              <w:rPr>
                <w:b/>
                <w:sz w:val="24"/>
                <w:szCs w:val="24"/>
                <w:lang w:val="ru-RU"/>
              </w:rPr>
              <w:t>Обоснование: Триггеры запускают анимацию объектов по клику, а гиперссылки позволяют мгновенно перемещаться между слайдами, реализуя сценарий ветвления презентации.</w:t>
            </w:r>
          </w:p>
        </w:tc>
      </w:tr>
    </w:tbl>
    <w:p w14:paraId="44022713" w14:textId="77777777" w:rsidR="009F22A0" w:rsidRPr="00991850" w:rsidRDefault="009F22A0">
      <w:pPr>
        <w:spacing w:after="240"/>
        <w:rPr>
          <w:szCs w:val="24"/>
          <w:lang w:val="ru-RU"/>
        </w:rPr>
      </w:pPr>
    </w:p>
    <w:p w14:paraId="21A1EB28" w14:textId="77777777" w:rsidR="009F22A0" w:rsidRPr="00991850" w:rsidRDefault="00991850">
      <w:pPr>
        <w:pStyle w:val="21"/>
        <w:spacing w:after="120"/>
        <w:rPr>
          <w:szCs w:val="24"/>
          <w:lang w:val="ru-RU"/>
        </w:rPr>
      </w:pPr>
      <w:r w:rsidRPr="00991850">
        <w:rPr>
          <w:rFonts w:ascii="Times New Roman" w:hAnsi="Times New Roman"/>
          <w:szCs w:val="24"/>
          <w:lang w:val="ru-RU"/>
        </w:rPr>
        <w:t>Схема перевода первичных баллов в оценку по 5-балльной шкале</w:t>
      </w:r>
    </w:p>
    <w:p w14:paraId="5BC71C8B" w14:textId="77777777" w:rsidR="009F22A0" w:rsidRPr="00991850" w:rsidRDefault="00991850">
      <w:pPr>
        <w:rPr>
          <w:szCs w:val="24"/>
          <w:lang w:val="ru-RU"/>
        </w:rPr>
      </w:pPr>
      <w:r w:rsidRPr="00991850">
        <w:rPr>
          <w:szCs w:val="24"/>
          <w:lang w:val="ru-RU"/>
        </w:rPr>
        <w:t>Максимальное количество баллов за тест из 14 заданий (с учетом критериев развернутых ответов):</w:t>
      </w:r>
    </w:p>
    <w:p w14:paraId="009EF77D" w14:textId="77777777" w:rsidR="009F22A0" w:rsidRPr="00991850" w:rsidRDefault="00991850">
      <w:pPr>
        <w:pStyle w:val="a0"/>
        <w:spacing w:after="80"/>
        <w:rPr>
          <w:szCs w:val="24"/>
          <w:lang w:val="ru-RU"/>
        </w:rPr>
      </w:pPr>
      <w:r w:rsidRPr="00991850">
        <w:rPr>
          <w:szCs w:val="24"/>
          <w:lang w:val="ru-RU"/>
        </w:rPr>
        <w:t>Задания закрытого типа (последовательность, соответствие) — 1 балл за каждое правильное выполнение (всего 7 заданий = 7 баллов).</w:t>
      </w:r>
    </w:p>
    <w:p w14:paraId="6D89149B" w14:textId="77777777" w:rsidR="009F22A0" w:rsidRPr="00991850" w:rsidRDefault="00991850">
      <w:pPr>
        <w:pStyle w:val="a0"/>
        <w:spacing w:after="80"/>
        <w:rPr>
          <w:szCs w:val="24"/>
          <w:lang w:val="ru-RU"/>
        </w:rPr>
      </w:pPr>
      <w:r w:rsidRPr="00991850">
        <w:rPr>
          <w:szCs w:val="24"/>
          <w:lang w:val="ru-RU"/>
        </w:rPr>
        <w:t>Задания комбинированного типа — 1 балл за правильный выбор + до 2 баллов за верное обоснование (всего 5 заданий = 15 баллов).</w:t>
      </w:r>
    </w:p>
    <w:p w14:paraId="3EE85FDE" w14:textId="77777777" w:rsidR="009F22A0" w:rsidRPr="00991850" w:rsidRDefault="00991850">
      <w:pPr>
        <w:pStyle w:val="a0"/>
        <w:spacing w:after="80"/>
        <w:rPr>
          <w:szCs w:val="24"/>
          <w:lang w:val="ru-RU"/>
        </w:rPr>
      </w:pPr>
      <w:r w:rsidRPr="00991850">
        <w:rPr>
          <w:szCs w:val="24"/>
          <w:lang w:val="ru-RU"/>
        </w:rPr>
        <w:t>Задания открытого типа с развернутым ответом — до 5 баллов за задание (всего 2 задания = 10 баллов).</w:t>
      </w:r>
    </w:p>
    <w:p w14:paraId="73B299B1" w14:textId="77777777" w:rsidR="009F22A0" w:rsidRPr="00991850" w:rsidRDefault="00991850">
      <w:pPr>
        <w:rPr>
          <w:szCs w:val="24"/>
          <w:lang w:val="ru-RU"/>
        </w:rPr>
      </w:pPr>
      <w:r w:rsidRPr="00991850">
        <w:rPr>
          <w:b/>
          <w:szCs w:val="24"/>
          <w:lang w:val="ru-RU"/>
        </w:rPr>
        <w:t>Итого максимальный первичный балл: 32 балла.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9F22A0" w:rsidRPr="00991850" w14:paraId="45E035B2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BF1789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proofErr w:type="spellStart"/>
            <w:r w:rsidRPr="00991850">
              <w:rPr>
                <w:b/>
                <w:sz w:val="24"/>
                <w:szCs w:val="24"/>
              </w:rPr>
              <w:t>Первичный</w:t>
            </w:r>
            <w:proofErr w:type="spellEnd"/>
            <w:r w:rsidRPr="009918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1850">
              <w:rPr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504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69C8A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Оценка по 5-балльной системе</w:t>
            </w:r>
          </w:p>
        </w:tc>
      </w:tr>
      <w:tr w:rsidR="009F22A0" w:rsidRPr="00991850" w14:paraId="2A3EFC21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78C628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29–32 баллов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56B3DD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b/>
                <w:sz w:val="24"/>
                <w:szCs w:val="24"/>
              </w:rPr>
              <w:t>5 (отлично)</w:t>
            </w:r>
          </w:p>
        </w:tc>
      </w:tr>
      <w:tr w:rsidR="009F22A0" w:rsidRPr="00991850" w14:paraId="242CAF1E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5B4578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23–28 баллов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84F15F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4 (хорошо)</w:t>
            </w:r>
          </w:p>
        </w:tc>
      </w:tr>
      <w:tr w:rsidR="009F22A0" w:rsidRPr="00991850" w14:paraId="4BA5EC31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6D110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16–22 баллов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F315E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3 (удовлетворительно)</w:t>
            </w:r>
          </w:p>
        </w:tc>
      </w:tr>
      <w:tr w:rsidR="009F22A0" w:rsidRPr="00991850" w14:paraId="78AA5E2C" w14:textId="77777777">
        <w:trPr>
          <w:jc w:val="center"/>
        </w:trPr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2F62F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менее 16 баллов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B2F81" w14:textId="77777777" w:rsidR="009F22A0" w:rsidRPr="00991850" w:rsidRDefault="00991850">
            <w:pPr>
              <w:jc w:val="center"/>
              <w:rPr>
                <w:sz w:val="24"/>
                <w:szCs w:val="24"/>
              </w:rPr>
            </w:pPr>
            <w:r w:rsidRPr="00991850">
              <w:rPr>
                <w:sz w:val="24"/>
                <w:szCs w:val="24"/>
              </w:rPr>
              <w:t>2 (неудовлетворительно)</w:t>
            </w:r>
          </w:p>
        </w:tc>
      </w:tr>
    </w:tbl>
    <w:p w14:paraId="3AEBB6EB" w14:textId="77777777" w:rsidR="00027F66" w:rsidRPr="00991850" w:rsidRDefault="00027F66">
      <w:pPr>
        <w:rPr>
          <w:szCs w:val="24"/>
          <w:lang w:val="ru-RU"/>
        </w:rPr>
      </w:pPr>
    </w:p>
    <w:sectPr w:rsidR="00027F66" w:rsidRPr="00991850" w:rsidSect="009F7577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27F66"/>
    <w:rsid w:val="00034616"/>
    <w:rsid w:val="0006063C"/>
    <w:rsid w:val="0015074B"/>
    <w:rsid w:val="0029639D"/>
    <w:rsid w:val="00326F90"/>
    <w:rsid w:val="0033435E"/>
    <w:rsid w:val="008E3C87"/>
    <w:rsid w:val="00991850"/>
    <w:rsid w:val="009F22A0"/>
    <w:rsid w:val="009F7577"/>
    <w:rsid w:val="00AA1D8D"/>
    <w:rsid w:val="00B47730"/>
    <w:rsid w:val="00B51417"/>
    <w:rsid w:val="00CB0664"/>
    <w:rsid w:val="00E21524"/>
    <w:rsid w:val="00F53033"/>
    <w:rsid w:val="00F910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CA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D438DA-39B3-48E1-A507-74A249E8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5127</Words>
  <Characters>29226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Учительская-1</cp:lastModifiedBy>
  <cp:revision>6</cp:revision>
  <dcterms:created xsi:type="dcterms:W3CDTF">2013-12-23T23:15:00Z</dcterms:created>
  <dcterms:modified xsi:type="dcterms:W3CDTF">2026-09-07T06:47:00Z</dcterms:modified>
  <cp:category/>
</cp:coreProperties>
</file>